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C18A" w14:textId="05607416" w:rsidR="00C80697" w:rsidRPr="00A314A6" w:rsidRDefault="004B7015" w:rsidP="00A314A6">
      <w:pPr>
        <w:bidi/>
        <w:jc w:val="center"/>
        <w:rPr>
          <w:rFonts w:hint="eastAsia"/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2118F" wp14:editId="38C541FD">
                <wp:simplePos x="0" y="0"/>
                <wp:positionH relativeFrom="column">
                  <wp:posOffset>4799965</wp:posOffset>
                </wp:positionH>
                <wp:positionV relativeFrom="paragraph">
                  <wp:posOffset>-777875</wp:posOffset>
                </wp:positionV>
                <wp:extent cx="1287780" cy="1112520"/>
                <wp:effectExtent l="0" t="0" r="26670" b="1143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1112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A7F7A8E" w14:textId="3061EC12" w:rsidR="004B7015" w:rsidRDefault="004B7015">
                            <w:r w:rsidRPr="004B7015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rtl/>
                                <w:lang w:eastAsia="fr-FR"/>
                              </w:rPr>
                              <w:drawing>
                                <wp:inline distT="0" distB="0" distL="0" distR="0" wp14:anchorId="37AA4A2D" wp14:editId="1AEC7FCF">
                                  <wp:extent cx="971550" cy="971550"/>
                                  <wp:effectExtent l="0" t="0" r="0" b="0"/>
                                  <wp:docPr id="2" name="Image 1" descr="C:\Users\pc\Desktop\العدد الاول\مجلة العلوم التطبيقية\لوكو المجلة العلوم التطبيقية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c\Desktop\العدد الاول\مجلة العلوم التطبيقية\لوكو المجلة العلوم التطبيقية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52118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77.95pt;margin-top:-61.25pt;width:101.4pt;height:8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" fillcolor="white [3212]" strokecolor="white [3212]" strokeweight=".5pt">
                <v:textbox>
                  <w:txbxContent>
                    <w:p w14:paraId="0A7F7A8E" w14:textId="3061EC12" w:rsidR="004B7015" w:rsidRDefault="004B7015">
                      <w:r w:rsidRPr="004B7015">
                        <w:rPr>
                          <w:rFonts w:ascii="Calibri" w:eastAsia="Calibri" w:hAnsi="Calibri" w:cs="Arial"/>
                          <w:noProof/>
                          <w:sz w:val="22"/>
                          <w:rtl/>
                          <w:lang w:eastAsia="fr-FR"/>
                        </w:rPr>
                        <w:drawing>
                          <wp:inline distT="0" distB="0" distL="0" distR="0" wp14:anchorId="37AA4A2D" wp14:editId="1AEC7FCF">
                            <wp:extent cx="971550" cy="971550"/>
                            <wp:effectExtent l="0" t="0" r="0" b="0"/>
                            <wp:docPr id="2" name="Image 1" descr="C:\Users\pc\Desktop\العدد الاول\مجلة العلوم التطبيقية\لوكو المجلة العلوم التطبيقية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c\Desktop\العدد الاول\مجلة العلوم التطبيقية\لوكو المجلة العلوم التطبيقية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A913F2" w:rsidRPr="00A314A6">
        <w:rPr>
          <w:b/>
          <w:sz w:val="32"/>
          <w:szCs w:val="32"/>
        </w:rPr>
        <w:t>المجلة</w:t>
      </w:r>
      <w:proofErr w:type="spellEnd"/>
      <w:r w:rsidR="00A913F2" w:rsidRPr="00A314A6">
        <w:rPr>
          <w:b/>
          <w:sz w:val="32"/>
          <w:szCs w:val="32"/>
        </w:rPr>
        <w:t xml:space="preserve"> </w:t>
      </w:r>
      <w:proofErr w:type="spellStart"/>
      <w:r w:rsidR="00A913F2" w:rsidRPr="00A314A6">
        <w:rPr>
          <w:b/>
          <w:sz w:val="32"/>
          <w:szCs w:val="32"/>
        </w:rPr>
        <w:t>الأمريكية</w:t>
      </w:r>
      <w:proofErr w:type="spellEnd"/>
      <w:r w:rsidR="00A913F2" w:rsidRPr="00A314A6">
        <w:rPr>
          <w:b/>
          <w:sz w:val="32"/>
          <w:szCs w:val="32"/>
        </w:rPr>
        <w:t xml:space="preserve"> </w:t>
      </w:r>
      <w:proofErr w:type="spellStart"/>
      <w:r w:rsidR="00A913F2" w:rsidRPr="00A314A6">
        <w:rPr>
          <w:b/>
          <w:sz w:val="32"/>
          <w:szCs w:val="32"/>
        </w:rPr>
        <w:t>الدولية</w:t>
      </w:r>
      <w:proofErr w:type="spellEnd"/>
      <w:r w:rsidR="00A913F2" w:rsidRPr="00A314A6">
        <w:rPr>
          <w:b/>
          <w:sz w:val="32"/>
          <w:szCs w:val="32"/>
        </w:rPr>
        <w:t xml:space="preserve"> </w:t>
      </w:r>
      <w:proofErr w:type="spellStart"/>
      <w:r w:rsidR="00A913F2" w:rsidRPr="00A314A6">
        <w:rPr>
          <w:b/>
          <w:sz w:val="32"/>
          <w:szCs w:val="32"/>
        </w:rPr>
        <w:t>للعلوم</w:t>
      </w:r>
      <w:proofErr w:type="spellEnd"/>
      <w:r w:rsidR="00A913F2" w:rsidRPr="00A314A6">
        <w:rPr>
          <w:b/>
          <w:sz w:val="32"/>
          <w:szCs w:val="32"/>
        </w:rPr>
        <w:t xml:space="preserve"> </w:t>
      </w:r>
      <w:r w:rsidR="00A913F2" w:rsidRPr="00A314A6">
        <w:rPr>
          <w:b/>
          <w:sz w:val="32"/>
          <w:szCs w:val="32"/>
        </w:rPr>
        <w:t>التطبيقية</w:t>
      </w:r>
      <w:r w:rsidR="00A913F2" w:rsidRPr="00A314A6">
        <w:rPr>
          <w:b/>
          <w:sz w:val="32"/>
          <w:szCs w:val="32"/>
        </w:rPr>
        <w:t xml:space="preserve"> </w:t>
      </w:r>
      <w:r w:rsidR="00A913F2" w:rsidRPr="00A314A6">
        <w:rPr>
          <w:b/>
          <w:sz w:val="32"/>
          <w:szCs w:val="32"/>
        </w:rPr>
        <w:t>والصرفة</w:t>
      </w:r>
    </w:p>
    <w:p w14:paraId="7BDAA412" w14:textId="77777777" w:rsidR="00C80697" w:rsidRPr="00A314A6" w:rsidRDefault="00A913F2" w:rsidP="00A314A6">
      <w:pPr>
        <w:bidi/>
        <w:jc w:val="center"/>
        <w:rPr>
          <w:rFonts w:hint="eastAsia"/>
          <w:b/>
          <w:sz w:val="32"/>
          <w:szCs w:val="32"/>
        </w:rPr>
      </w:pPr>
      <w:r w:rsidRPr="00A314A6">
        <w:rPr>
          <w:b/>
          <w:sz w:val="32"/>
          <w:szCs w:val="32"/>
        </w:rPr>
        <w:t>American International Journal of Pure and Applied Sciences</w:t>
      </w:r>
    </w:p>
    <w:p w14:paraId="0DD537AF" w14:textId="77777777" w:rsidR="00C80697" w:rsidRPr="00A314A6" w:rsidRDefault="00A913F2" w:rsidP="00A314A6">
      <w:pPr>
        <w:bidi/>
        <w:jc w:val="center"/>
        <w:rPr>
          <w:rFonts w:hint="eastAsia"/>
          <w:b/>
          <w:sz w:val="32"/>
          <w:szCs w:val="32"/>
        </w:rPr>
      </w:pPr>
      <w:r w:rsidRPr="00A314A6">
        <w:rPr>
          <w:b/>
          <w:sz w:val="32"/>
          <w:szCs w:val="32"/>
        </w:rPr>
        <w:t>قالب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إعداد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البحث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العلمي</w:t>
      </w:r>
      <w:r w:rsidRPr="00A314A6">
        <w:rPr>
          <w:b/>
          <w:sz w:val="32"/>
          <w:szCs w:val="32"/>
        </w:rPr>
        <w:t xml:space="preserve"> – </w:t>
      </w:r>
      <w:r w:rsidRPr="00A314A6">
        <w:rPr>
          <w:b/>
          <w:sz w:val="32"/>
          <w:szCs w:val="32"/>
        </w:rPr>
        <w:t>النسخة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العربية</w:t>
      </w:r>
    </w:p>
    <w:p w14:paraId="47C5F2D7" w14:textId="77777777" w:rsidR="00C80697" w:rsidRPr="00A314A6" w:rsidRDefault="00A913F2" w:rsidP="00A314A6">
      <w:pPr>
        <w:bidi/>
        <w:jc w:val="center"/>
        <w:rPr>
          <w:rFonts w:hint="eastAsia"/>
          <w:b/>
          <w:sz w:val="32"/>
          <w:szCs w:val="32"/>
        </w:rPr>
      </w:pPr>
      <w:r w:rsidRPr="00A314A6">
        <w:rPr>
          <w:b/>
          <w:i/>
          <w:sz w:val="32"/>
          <w:szCs w:val="32"/>
        </w:rPr>
        <w:t>يُرجى</w:t>
      </w:r>
      <w:r w:rsidRPr="00A314A6">
        <w:rPr>
          <w:b/>
          <w:i/>
          <w:sz w:val="32"/>
          <w:szCs w:val="32"/>
        </w:rPr>
        <w:t xml:space="preserve"> </w:t>
      </w:r>
      <w:r w:rsidRPr="00A314A6">
        <w:rPr>
          <w:b/>
          <w:i/>
          <w:sz w:val="32"/>
          <w:szCs w:val="32"/>
        </w:rPr>
        <w:t>استبدال</w:t>
      </w:r>
      <w:r w:rsidRPr="00A314A6">
        <w:rPr>
          <w:b/>
          <w:i/>
          <w:sz w:val="32"/>
          <w:szCs w:val="32"/>
        </w:rPr>
        <w:t xml:space="preserve"> </w:t>
      </w:r>
      <w:r w:rsidRPr="00A314A6">
        <w:rPr>
          <w:b/>
          <w:i/>
          <w:sz w:val="32"/>
          <w:szCs w:val="32"/>
        </w:rPr>
        <w:t>النصوص</w:t>
      </w:r>
      <w:r w:rsidRPr="00A314A6">
        <w:rPr>
          <w:b/>
          <w:i/>
          <w:sz w:val="32"/>
          <w:szCs w:val="32"/>
        </w:rPr>
        <w:t xml:space="preserve"> </w:t>
      </w:r>
      <w:r w:rsidRPr="00A314A6">
        <w:rPr>
          <w:b/>
          <w:i/>
          <w:sz w:val="32"/>
          <w:szCs w:val="32"/>
        </w:rPr>
        <w:t>الإرشادية</w:t>
      </w:r>
      <w:r w:rsidRPr="00A314A6">
        <w:rPr>
          <w:b/>
          <w:i/>
          <w:sz w:val="32"/>
          <w:szCs w:val="32"/>
        </w:rPr>
        <w:t xml:space="preserve"> </w:t>
      </w:r>
      <w:r w:rsidRPr="00A314A6">
        <w:rPr>
          <w:b/>
          <w:i/>
          <w:sz w:val="32"/>
          <w:szCs w:val="32"/>
        </w:rPr>
        <w:t>بمحتوى</w:t>
      </w:r>
      <w:r w:rsidRPr="00A314A6">
        <w:rPr>
          <w:b/>
          <w:i/>
          <w:sz w:val="32"/>
          <w:szCs w:val="32"/>
        </w:rPr>
        <w:t xml:space="preserve"> </w:t>
      </w:r>
      <w:r w:rsidRPr="00A314A6">
        <w:rPr>
          <w:b/>
          <w:i/>
          <w:sz w:val="32"/>
          <w:szCs w:val="32"/>
        </w:rPr>
        <w:t>البحث</w:t>
      </w:r>
      <w:r w:rsidRPr="00A314A6">
        <w:rPr>
          <w:b/>
          <w:i/>
          <w:sz w:val="32"/>
          <w:szCs w:val="32"/>
        </w:rPr>
        <w:t xml:space="preserve"> </w:t>
      </w:r>
      <w:r w:rsidRPr="00A314A6">
        <w:rPr>
          <w:b/>
          <w:i/>
          <w:sz w:val="32"/>
          <w:szCs w:val="32"/>
        </w:rPr>
        <w:t>ثم</w:t>
      </w:r>
      <w:r w:rsidRPr="00A314A6">
        <w:rPr>
          <w:b/>
          <w:i/>
          <w:sz w:val="32"/>
          <w:szCs w:val="32"/>
        </w:rPr>
        <w:t xml:space="preserve"> </w:t>
      </w:r>
      <w:r w:rsidRPr="00A314A6">
        <w:rPr>
          <w:b/>
          <w:i/>
          <w:sz w:val="32"/>
          <w:szCs w:val="32"/>
        </w:rPr>
        <w:t>حذف</w:t>
      </w:r>
      <w:r w:rsidRPr="00A314A6">
        <w:rPr>
          <w:b/>
          <w:i/>
          <w:sz w:val="32"/>
          <w:szCs w:val="32"/>
        </w:rPr>
        <w:t xml:space="preserve"> </w:t>
      </w:r>
      <w:r w:rsidRPr="00A314A6">
        <w:rPr>
          <w:b/>
          <w:i/>
          <w:sz w:val="32"/>
          <w:szCs w:val="32"/>
        </w:rPr>
        <w:t>التعليمات</w:t>
      </w:r>
      <w:r w:rsidRPr="00A314A6">
        <w:rPr>
          <w:b/>
          <w:i/>
          <w:sz w:val="32"/>
          <w:szCs w:val="32"/>
        </w:rPr>
        <w:t xml:space="preserve"> </w:t>
      </w:r>
      <w:proofErr w:type="spellStart"/>
      <w:r w:rsidRPr="00A314A6">
        <w:rPr>
          <w:b/>
          <w:i/>
          <w:sz w:val="32"/>
          <w:szCs w:val="32"/>
        </w:rPr>
        <w:t>قبل</w:t>
      </w:r>
      <w:proofErr w:type="spellEnd"/>
      <w:r w:rsidRPr="00A314A6">
        <w:rPr>
          <w:b/>
          <w:i/>
          <w:sz w:val="32"/>
          <w:szCs w:val="32"/>
        </w:rPr>
        <w:t xml:space="preserve"> </w:t>
      </w:r>
      <w:proofErr w:type="spellStart"/>
      <w:r w:rsidRPr="00A314A6">
        <w:rPr>
          <w:b/>
          <w:i/>
          <w:sz w:val="32"/>
          <w:szCs w:val="32"/>
        </w:rPr>
        <w:t>الإرسال</w:t>
      </w:r>
      <w:proofErr w:type="spellEnd"/>
      <w:r w:rsidRPr="00A314A6">
        <w:rPr>
          <w:b/>
          <w:i/>
          <w:sz w:val="32"/>
          <w:szCs w:val="32"/>
        </w:rPr>
        <w:t xml:space="preserve"> </w:t>
      </w:r>
      <w:proofErr w:type="spellStart"/>
      <w:r w:rsidRPr="00A314A6">
        <w:rPr>
          <w:b/>
          <w:i/>
          <w:sz w:val="32"/>
          <w:szCs w:val="32"/>
        </w:rPr>
        <w:t>إلى</w:t>
      </w:r>
      <w:proofErr w:type="spellEnd"/>
      <w:r w:rsidRPr="00A314A6">
        <w:rPr>
          <w:b/>
          <w:i/>
          <w:sz w:val="32"/>
          <w:szCs w:val="32"/>
        </w:rPr>
        <w:t xml:space="preserve"> </w:t>
      </w:r>
      <w:proofErr w:type="spellStart"/>
      <w:r w:rsidRPr="00A314A6">
        <w:rPr>
          <w:b/>
          <w:i/>
          <w:sz w:val="32"/>
          <w:szCs w:val="32"/>
        </w:rPr>
        <w:t>المجلة</w:t>
      </w:r>
      <w:proofErr w:type="spellEnd"/>
      <w:r w:rsidRPr="00A314A6">
        <w:rPr>
          <w:b/>
          <w:i/>
          <w:sz w:val="32"/>
          <w:szCs w:val="32"/>
        </w:rPr>
        <w:t>.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C80697" w:rsidRPr="00A314A6" w14:paraId="13F9090E" w14:textId="77777777">
        <w:trPr>
          <w:jc w:val="center"/>
        </w:trPr>
        <w:tc>
          <w:tcPr>
            <w:tcW w:w="4703" w:type="dxa"/>
            <w:vAlign w:val="center"/>
          </w:tcPr>
          <w:p w14:paraId="1001F9C6" w14:textId="77777777" w:rsidR="00C80697" w:rsidRPr="00A314A6" w:rsidRDefault="00A913F2" w:rsidP="00A314A6">
            <w:pPr>
              <w:bidi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 w:rsidRPr="00A314A6">
              <w:rPr>
                <w:b/>
                <w:bCs/>
                <w:sz w:val="32"/>
                <w:szCs w:val="32"/>
              </w:rPr>
              <w:t>عنوان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البحث</w:t>
            </w:r>
          </w:p>
        </w:tc>
        <w:tc>
          <w:tcPr>
            <w:tcW w:w="4703" w:type="dxa"/>
            <w:vAlign w:val="center"/>
          </w:tcPr>
          <w:p w14:paraId="36D7E856" w14:textId="77777777" w:rsidR="00C80697" w:rsidRPr="00A314A6" w:rsidRDefault="00A913F2" w:rsidP="00A314A6">
            <w:pPr>
              <w:bidi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 w:rsidRPr="00A314A6">
              <w:rPr>
                <w:b/>
                <w:bCs/>
                <w:sz w:val="32"/>
                <w:szCs w:val="32"/>
              </w:rPr>
              <w:t>يكتب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هنا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عنوان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البحث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بدقة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واختصار</w:t>
            </w:r>
            <w:r w:rsidRPr="00A314A6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C80697" w:rsidRPr="00A314A6" w14:paraId="211E57C2" w14:textId="77777777">
        <w:trPr>
          <w:jc w:val="center"/>
        </w:trPr>
        <w:tc>
          <w:tcPr>
            <w:tcW w:w="4703" w:type="dxa"/>
            <w:vAlign w:val="center"/>
          </w:tcPr>
          <w:p w14:paraId="53DD2172" w14:textId="77777777" w:rsidR="00C80697" w:rsidRPr="00A314A6" w:rsidRDefault="00A913F2" w:rsidP="00A314A6">
            <w:pPr>
              <w:bidi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 w:rsidRPr="00A314A6">
              <w:rPr>
                <w:b/>
                <w:bCs/>
                <w:sz w:val="32"/>
                <w:szCs w:val="32"/>
              </w:rPr>
              <w:t>اسم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الباحث</w:t>
            </w:r>
            <w:r w:rsidRPr="00A314A6">
              <w:rPr>
                <w:b/>
                <w:bCs/>
                <w:sz w:val="32"/>
                <w:szCs w:val="32"/>
              </w:rPr>
              <w:t>/</w:t>
            </w:r>
            <w:r w:rsidRPr="00A314A6">
              <w:rPr>
                <w:b/>
                <w:bCs/>
                <w:sz w:val="32"/>
                <w:szCs w:val="32"/>
              </w:rPr>
              <w:t>الباحثين</w:t>
            </w:r>
          </w:p>
        </w:tc>
        <w:tc>
          <w:tcPr>
            <w:tcW w:w="4703" w:type="dxa"/>
            <w:vAlign w:val="center"/>
          </w:tcPr>
          <w:p w14:paraId="6558F791" w14:textId="77777777" w:rsidR="00C80697" w:rsidRPr="00A314A6" w:rsidRDefault="00A913F2" w:rsidP="00A314A6">
            <w:pPr>
              <w:bidi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 w:rsidRPr="00A314A6">
              <w:rPr>
                <w:b/>
                <w:bCs/>
                <w:sz w:val="32"/>
                <w:szCs w:val="32"/>
              </w:rPr>
              <w:t>الاسم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الكامل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للباحث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الأول</w:t>
            </w:r>
            <w:r w:rsidRPr="00A314A6">
              <w:rPr>
                <w:b/>
                <w:bCs/>
                <w:sz w:val="32"/>
                <w:szCs w:val="32"/>
              </w:rPr>
              <w:t>¹</w:t>
            </w:r>
            <w:r w:rsidRPr="00A314A6">
              <w:rPr>
                <w:b/>
                <w:bCs/>
                <w:sz w:val="32"/>
                <w:szCs w:val="32"/>
              </w:rPr>
              <w:t>،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الباحث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الثاني</w:t>
            </w:r>
            <w:r w:rsidRPr="00A314A6">
              <w:rPr>
                <w:b/>
                <w:bCs/>
                <w:sz w:val="32"/>
                <w:szCs w:val="32"/>
              </w:rPr>
              <w:t>²...</w:t>
            </w:r>
          </w:p>
        </w:tc>
      </w:tr>
      <w:tr w:rsidR="00C80697" w:rsidRPr="00A314A6" w14:paraId="4E7A5F7B" w14:textId="77777777">
        <w:trPr>
          <w:jc w:val="center"/>
        </w:trPr>
        <w:tc>
          <w:tcPr>
            <w:tcW w:w="4703" w:type="dxa"/>
            <w:vAlign w:val="center"/>
          </w:tcPr>
          <w:p w14:paraId="24197E67" w14:textId="77777777" w:rsidR="00C80697" w:rsidRPr="00A314A6" w:rsidRDefault="00A913F2" w:rsidP="00A314A6">
            <w:pPr>
              <w:bidi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 w:rsidRPr="00A314A6">
              <w:rPr>
                <w:b/>
                <w:bCs/>
                <w:sz w:val="32"/>
                <w:szCs w:val="32"/>
              </w:rPr>
              <w:t>الانتماء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المؤسسي</w:t>
            </w:r>
          </w:p>
        </w:tc>
        <w:tc>
          <w:tcPr>
            <w:tcW w:w="4703" w:type="dxa"/>
            <w:vAlign w:val="center"/>
          </w:tcPr>
          <w:p w14:paraId="0112EF7E" w14:textId="77777777" w:rsidR="00C80697" w:rsidRPr="00A314A6" w:rsidRDefault="00A913F2" w:rsidP="00A314A6">
            <w:pPr>
              <w:bidi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 w:rsidRPr="00A314A6">
              <w:rPr>
                <w:b/>
                <w:bCs/>
                <w:sz w:val="32"/>
                <w:szCs w:val="32"/>
              </w:rPr>
              <w:t xml:space="preserve">¹ </w:t>
            </w:r>
            <w:r w:rsidRPr="00A314A6">
              <w:rPr>
                <w:b/>
                <w:bCs/>
                <w:sz w:val="32"/>
                <w:szCs w:val="32"/>
              </w:rPr>
              <w:t>القسم،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الكلية</w:t>
            </w:r>
            <w:r w:rsidRPr="00A314A6">
              <w:rPr>
                <w:b/>
                <w:bCs/>
                <w:sz w:val="32"/>
                <w:szCs w:val="32"/>
              </w:rPr>
              <w:t>/</w:t>
            </w:r>
            <w:r w:rsidRPr="00A314A6">
              <w:rPr>
                <w:b/>
                <w:bCs/>
                <w:sz w:val="32"/>
                <w:szCs w:val="32"/>
              </w:rPr>
              <w:t>المعهد،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الجامعة،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المدينة،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الدولة</w:t>
            </w:r>
          </w:p>
        </w:tc>
      </w:tr>
      <w:tr w:rsidR="00C80697" w:rsidRPr="00A314A6" w14:paraId="6C9A6956" w14:textId="77777777">
        <w:trPr>
          <w:jc w:val="center"/>
        </w:trPr>
        <w:tc>
          <w:tcPr>
            <w:tcW w:w="4703" w:type="dxa"/>
            <w:vAlign w:val="center"/>
          </w:tcPr>
          <w:p w14:paraId="47ADE00E" w14:textId="77777777" w:rsidR="00C80697" w:rsidRPr="00A314A6" w:rsidRDefault="00A913F2" w:rsidP="00A314A6">
            <w:pPr>
              <w:bidi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 w:rsidRPr="00A314A6">
              <w:rPr>
                <w:b/>
                <w:bCs/>
                <w:sz w:val="32"/>
                <w:szCs w:val="32"/>
              </w:rPr>
              <w:t>البريد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الإلكتروني</w:t>
            </w:r>
          </w:p>
        </w:tc>
        <w:tc>
          <w:tcPr>
            <w:tcW w:w="4703" w:type="dxa"/>
            <w:vAlign w:val="center"/>
          </w:tcPr>
          <w:p w14:paraId="74794D61" w14:textId="77777777" w:rsidR="00C80697" w:rsidRPr="00A314A6" w:rsidRDefault="00A913F2" w:rsidP="00A314A6">
            <w:pPr>
              <w:bidi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 w:rsidRPr="00A314A6">
              <w:rPr>
                <w:b/>
                <w:bCs/>
                <w:sz w:val="32"/>
                <w:szCs w:val="32"/>
              </w:rPr>
              <w:t>البريد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الإلكتروني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للباحث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المسؤول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عن</w:t>
            </w:r>
            <w:r w:rsidRPr="00A314A6">
              <w:rPr>
                <w:b/>
                <w:bCs/>
                <w:sz w:val="32"/>
                <w:szCs w:val="32"/>
              </w:rPr>
              <w:t xml:space="preserve"> </w:t>
            </w:r>
            <w:r w:rsidRPr="00A314A6">
              <w:rPr>
                <w:b/>
                <w:bCs/>
                <w:sz w:val="32"/>
                <w:szCs w:val="32"/>
              </w:rPr>
              <w:t>المراسلات</w:t>
            </w:r>
          </w:p>
        </w:tc>
      </w:tr>
    </w:tbl>
    <w:p w14:paraId="37BE3CB3" w14:textId="77777777" w:rsidR="00A314A6" w:rsidRDefault="00A314A6" w:rsidP="00A314A6">
      <w:pPr>
        <w:bidi/>
        <w:rPr>
          <w:b/>
          <w:sz w:val="32"/>
          <w:szCs w:val="32"/>
          <w:rtl/>
        </w:rPr>
      </w:pPr>
    </w:p>
    <w:p w14:paraId="7AC8060B" w14:textId="0A7EA64B" w:rsidR="00C80697" w:rsidRPr="00A314A6" w:rsidRDefault="00A913F2" w:rsidP="00A314A6">
      <w:pPr>
        <w:bidi/>
        <w:rPr>
          <w:rFonts w:hint="eastAsia"/>
          <w:sz w:val="32"/>
          <w:szCs w:val="32"/>
        </w:rPr>
      </w:pPr>
      <w:proofErr w:type="spellStart"/>
      <w:r w:rsidRPr="00A314A6">
        <w:rPr>
          <w:b/>
          <w:sz w:val="32"/>
          <w:szCs w:val="32"/>
        </w:rPr>
        <w:t>الملخص</w:t>
      </w:r>
      <w:proofErr w:type="spellEnd"/>
    </w:p>
    <w:p w14:paraId="669CD34C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يُكتب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الملخص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ف</w:t>
      </w:r>
      <w:r w:rsidRPr="00A314A6">
        <w:rPr>
          <w:sz w:val="32"/>
          <w:szCs w:val="32"/>
        </w:rPr>
        <w:t>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فقرة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واحدة،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ويفضل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ألا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يتجاوز</w:t>
      </w:r>
      <w:r w:rsidRPr="00A314A6">
        <w:rPr>
          <w:sz w:val="32"/>
          <w:szCs w:val="32"/>
        </w:rPr>
        <w:t xml:space="preserve"> 250 </w:t>
      </w:r>
      <w:r w:rsidRPr="00A314A6">
        <w:rPr>
          <w:sz w:val="32"/>
          <w:szCs w:val="32"/>
        </w:rPr>
        <w:t>كلمة،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ويتضمن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بصورة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موجزة</w:t>
      </w:r>
      <w:r w:rsidRPr="00A314A6">
        <w:rPr>
          <w:sz w:val="32"/>
          <w:szCs w:val="32"/>
        </w:rPr>
        <w:t xml:space="preserve">: </w:t>
      </w:r>
      <w:r w:rsidRPr="00A314A6">
        <w:rPr>
          <w:sz w:val="32"/>
          <w:szCs w:val="32"/>
        </w:rPr>
        <w:t>مشكلة</w:t>
      </w:r>
      <w:r w:rsidRPr="00A314A6">
        <w:rPr>
          <w:sz w:val="32"/>
          <w:szCs w:val="32"/>
        </w:rPr>
        <w:t>/</w:t>
      </w:r>
      <w:r w:rsidRPr="00A314A6">
        <w:rPr>
          <w:sz w:val="32"/>
          <w:szCs w:val="32"/>
        </w:rPr>
        <w:t>خلفية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الدراسة،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الهدف،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المنهجية،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أهم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النتائج،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والاستنتاج</w:t>
      </w:r>
      <w:r w:rsidRPr="00A314A6">
        <w:rPr>
          <w:sz w:val="32"/>
          <w:szCs w:val="32"/>
        </w:rPr>
        <w:t xml:space="preserve">. </w:t>
      </w:r>
      <w:r w:rsidRPr="00A314A6">
        <w:rPr>
          <w:sz w:val="32"/>
          <w:szCs w:val="32"/>
        </w:rPr>
        <w:t>يجب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يكون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الملخص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مفهومًا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بذاته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وألا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يتضمن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مراجع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أو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جداول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أو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أشكالًا</w:t>
      </w:r>
      <w:r w:rsidRPr="00A314A6">
        <w:rPr>
          <w:sz w:val="32"/>
          <w:szCs w:val="32"/>
        </w:rPr>
        <w:t>.</w:t>
      </w:r>
    </w:p>
    <w:p w14:paraId="2962FBD4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الكلمات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المفتاحية</w:t>
      </w:r>
      <w:r w:rsidRPr="00A314A6">
        <w:rPr>
          <w:sz w:val="32"/>
          <w:szCs w:val="32"/>
        </w:rPr>
        <w:t xml:space="preserve">: </w:t>
      </w:r>
      <w:r w:rsidRPr="00A314A6">
        <w:rPr>
          <w:sz w:val="32"/>
          <w:szCs w:val="32"/>
        </w:rPr>
        <w:t>الكلمة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الأولى؛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الكلمة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الثانية؛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الكلمة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الثا</w:t>
      </w:r>
      <w:r w:rsidRPr="00A314A6">
        <w:rPr>
          <w:sz w:val="32"/>
          <w:szCs w:val="32"/>
        </w:rPr>
        <w:t>لثة؛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الكلمة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الرابعة؛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الكلمة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الخامسة</w:t>
      </w:r>
      <w:r w:rsidRPr="00A314A6">
        <w:rPr>
          <w:sz w:val="32"/>
          <w:szCs w:val="32"/>
        </w:rPr>
        <w:t>.</w:t>
      </w:r>
    </w:p>
    <w:p w14:paraId="5563B919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 xml:space="preserve">1. </w:t>
      </w:r>
      <w:r w:rsidRPr="00A314A6">
        <w:rPr>
          <w:b/>
          <w:sz w:val="32"/>
          <w:szCs w:val="32"/>
        </w:rPr>
        <w:t>المقدمة</w:t>
      </w:r>
    </w:p>
    <w:p w14:paraId="6DC0E00D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lastRenderedPageBreak/>
        <w:t>تُعرض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هنا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خلفية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الدراسة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ومشكلتها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وأهميتها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وأهدافها،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بيان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الفجوة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البحثية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والإضافة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العلمية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للدراسة</w:t>
      </w:r>
      <w:r w:rsidRPr="00A314A6">
        <w:rPr>
          <w:sz w:val="32"/>
          <w:szCs w:val="32"/>
        </w:rPr>
        <w:t xml:space="preserve">. </w:t>
      </w:r>
      <w:r w:rsidRPr="00A314A6">
        <w:rPr>
          <w:sz w:val="32"/>
          <w:szCs w:val="32"/>
        </w:rPr>
        <w:t>تُرتب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الأفكار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العام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إلى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الخاص،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وتُدعم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المعلومات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الأساسية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بالمراجع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العلمية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المناسبة</w:t>
      </w:r>
      <w:r w:rsidRPr="00A314A6">
        <w:rPr>
          <w:sz w:val="32"/>
          <w:szCs w:val="32"/>
        </w:rPr>
        <w:t>.</w:t>
      </w:r>
    </w:p>
    <w:p w14:paraId="1B60491D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 xml:space="preserve">2. </w:t>
      </w:r>
      <w:r w:rsidRPr="00A314A6">
        <w:rPr>
          <w:b/>
          <w:sz w:val="32"/>
          <w:szCs w:val="32"/>
        </w:rPr>
        <w:t>منهجية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البحث</w:t>
      </w:r>
      <w:r w:rsidRPr="00A314A6">
        <w:rPr>
          <w:b/>
          <w:sz w:val="32"/>
          <w:szCs w:val="32"/>
        </w:rPr>
        <w:t xml:space="preserve"> / </w:t>
      </w:r>
      <w:r w:rsidRPr="00A314A6">
        <w:rPr>
          <w:b/>
          <w:sz w:val="32"/>
          <w:szCs w:val="32"/>
        </w:rPr>
        <w:t>ال</w:t>
      </w:r>
      <w:r w:rsidRPr="00A314A6">
        <w:rPr>
          <w:b/>
          <w:sz w:val="32"/>
          <w:szCs w:val="32"/>
        </w:rPr>
        <w:t>مواد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وطرائق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العمل</w:t>
      </w:r>
    </w:p>
    <w:p w14:paraId="57E190B6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يُذكر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هنا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المنهج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المتبع،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ومجتمع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الدراسة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وعينتها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عند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الحاجة،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وأدوات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جمع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البيانات،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وإجراءات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التنفيذ،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والمتغيرات،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وطرق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التحليل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الإحصائي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أو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التحليل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العلمي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المناسبة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لطبيعة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البحث</w:t>
      </w:r>
      <w:r w:rsidRPr="00A314A6">
        <w:rPr>
          <w:sz w:val="32"/>
          <w:szCs w:val="32"/>
        </w:rPr>
        <w:t>.</w:t>
      </w:r>
    </w:p>
    <w:p w14:paraId="03797248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 xml:space="preserve">3. </w:t>
      </w:r>
      <w:r w:rsidRPr="00A314A6">
        <w:rPr>
          <w:b/>
          <w:sz w:val="32"/>
          <w:szCs w:val="32"/>
        </w:rPr>
        <w:t>النتائج</w:t>
      </w:r>
    </w:p>
    <w:p w14:paraId="6521F7AA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تُعرض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النتائج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بصورة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واضحة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ومنظمة،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استخدام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الجداول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والأشكال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عند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الحاجة</w:t>
      </w:r>
      <w:r w:rsidRPr="00A314A6">
        <w:rPr>
          <w:sz w:val="32"/>
          <w:szCs w:val="32"/>
        </w:rPr>
        <w:t xml:space="preserve">. </w:t>
      </w:r>
      <w:r w:rsidRPr="00A314A6">
        <w:rPr>
          <w:sz w:val="32"/>
          <w:szCs w:val="32"/>
        </w:rPr>
        <w:t>يجب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تجنب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تكرار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محتوى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الجداول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كاملًا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في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متن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البحث،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والتركيز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على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النتائج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الأساسية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ذات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الصلة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بأهداف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الدراسة</w:t>
      </w:r>
      <w:r w:rsidRPr="00A314A6">
        <w:rPr>
          <w:sz w:val="32"/>
          <w:szCs w:val="32"/>
        </w:rPr>
        <w:t>.</w:t>
      </w:r>
    </w:p>
    <w:p w14:paraId="632727D9" w14:textId="068B3BC6" w:rsidR="00C80697" w:rsidRPr="00A314A6" w:rsidRDefault="00A913F2" w:rsidP="00A314A6">
      <w:pPr>
        <w:bidi/>
        <w:rPr>
          <w:rFonts w:hint="eastAsia"/>
          <w:sz w:val="32"/>
          <w:szCs w:val="32"/>
        </w:rPr>
      </w:pPr>
      <w:proofErr w:type="spellStart"/>
      <w:r w:rsidRPr="00A314A6">
        <w:rPr>
          <w:b/>
          <w:sz w:val="32"/>
          <w:szCs w:val="32"/>
        </w:rPr>
        <w:t>جدول</w:t>
      </w:r>
      <w:proofErr w:type="spellEnd"/>
      <w:r w:rsidRPr="00A314A6">
        <w:rPr>
          <w:b/>
          <w:sz w:val="32"/>
          <w:szCs w:val="32"/>
        </w:rPr>
        <w:t xml:space="preserve"> </w:t>
      </w:r>
      <w:r w:rsidR="00A314A6">
        <w:rPr>
          <w:rFonts w:hint="cs"/>
          <w:b/>
          <w:sz w:val="32"/>
          <w:szCs w:val="32"/>
          <w:rtl/>
        </w:rPr>
        <w:t>(</w:t>
      </w:r>
      <w:r w:rsidRPr="00A314A6">
        <w:rPr>
          <w:b/>
          <w:sz w:val="32"/>
          <w:szCs w:val="32"/>
        </w:rPr>
        <w:t>1</w:t>
      </w:r>
      <w:r w:rsidR="00A314A6">
        <w:rPr>
          <w:rFonts w:hint="cs"/>
          <w:b/>
          <w:sz w:val="32"/>
          <w:szCs w:val="32"/>
          <w:rtl/>
        </w:rPr>
        <w:t>)</w:t>
      </w:r>
      <w:r w:rsidRPr="00A314A6">
        <w:rPr>
          <w:b/>
          <w:sz w:val="32"/>
          <w:szCs w:val="32"/>
        </w:rPr>
        <w:t xml:space="preserve">: </w:t>
      </w:r>
      <w:proofErr w:type="spellStart"/>
      <w:r w:rsidRPr="00A314A6">
        <w:rPr>
          <w:b/>
          <w:sz w:val="32"/>
          <w:szCs w:val="32"/>
        </w:rPr>
        <w:t>يُكتب</w:t>
      </w:r>
      <w:proofErr w:type="spellEnd"/>
      <w:r w:rsidRPr="00A314A6">
        <w:rPr>
          <w:b/>
          <w:sz w:val="32"/>
          <w:szCs w:val="32"/>
        </w:rPr>
        <w:t xml:space="preserve"> </w:t>
      </w:r>
      <w:proofErr w:type="spellStart"/>
      <w:r w:rsidRPr="00A314A6">
        <w:rPr>
          <w:b/>
          <w:sz w:val="32"/>
          <w:szCs w:val="32"/>
        </w:rPr>
        <w:t>هنا</w:t>
      </w:r>
      <w:proofErr w:type="spellEnd"/>
      <w:r w:rsidRPr="00A314A6">
        <w:rPr>
          <w:b/>
          <w:sz w:val="32"/>
          <w:szCs w:val="32"/>
        </w:rPr>
        <w:t xml:space="preserve"> </w:t>
      </w:r>
      <w:proofErr w:type="spellStart"/>
      <w:r w:rsidRPr="00A314A6">
        <w:rPr>
          <w:b/>
          <w:sz w:val="32"/>
          <w:szCs w:val="32"/>
        </w:rPr>
        <w:t>عنوان</w:t>
      </w:r>
      <w:proofErr w:type="spellEnd"/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الجدول</w:t>
      </w:r>
      <w:r w:rsidRPr="00A314A6">
        <w:rPr>
          <w:b/>
          <w:sz w:val="32"/>
          <w:szCs w:val="32"/>
        </w:rPr>
        <w:t>.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C80697" w:rsidRPr="00A314A6" w14:paraId="4765BBE7" w14:textId="77777777">
        <w:trPr>
          <w:jc w:val="center"/>
        </w:trPr>
        <w:tc>
          <w:tcPr>
            <w:tcW w:w="2351" w:type="dxa"/>
          </w:tcPr>
          <w:p w14:paraId="703089AB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المتغير</w:t>
            </w:r>
          </w:p>
        </w:tc>
        <w:tc>
          <w:tcPr>
            <w:tcW w:w="2351" w:type="dxa"/>
          </w:tcPr>
          <w:p w14:paraId="111E5D29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القيمة</w:t>
            </w:r>
            <w:r w:rsidRPr="00A314A6">
              <w:rPr>
                <w:sz w:val="32"/>
                <w:szCs w:val="32"/>
              </w:rPr>
              <w:t xml:space="preserve"> 1</w:t>
            </w:r>
          </w:p>
        </w:tc>
        <w:tc>
          <w:tcPr>
            <w:tcW w:w="2351" w:type="dxa"/>
          </w:tcPr>
          <w:p w14:paraId="54E8A112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القيمة</w:t>
            </w:r>
            <w:r w:rsidRPr="00A314A6">
              <w:rPr>
                <w:sz w:val="32"/>
                <w:szCs w:val="32"/>
              </w:rPr>
              <w:t xml:space="preserve"> 2</w:t>
            </w:r>
          </w:p>
        </w:tc>
        <w:tc>
          <w:tcPr>
            <w:tcW w:w="2351" w:type="dxa"/>
          </w:tcPr>
          <w:p w14:paraId="7B780BB3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الملاحظة</w:t>
            </w:r>
          </w:p>
        </w:tc>
      </w:tr>
      <w:tr w:rsidR="00C80697" w:rsidRPr="00A314A6" w14:paraId="5BB3DEE0" w14:textId="77777777">
        <w:trPr>
          <w:jc w:val="center"/>
        </w:trPr>
        <w:tc>
          <w:tcPr>
            <w:tcW w:w="2351" w:type="dxa"/>
          </w:tcPr>
          <w:p w14:paraId="24E659B9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—</w:t>
            </w:r>
          </w:p>
        </w:tc>
        <w:tc>
          <w:tcPr>
            <w:tcW w:w="2351" w:type="dxa"/>
          </w:tcPr>
          <w:p w14:paraId="340CC8A7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—</w:t>
            </w:r>
          </w:p>
        </w:tc>
        <w:tc>
          <w:tcPr>
            <w:tcW w:w="2351" w:type="dxa"/>
          </w:tcPr>
          <w:p w14:paraId="697A7C37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—</w:t>
            </w:r>
          </w:p>
        </w:tc>
        <w:tc>
          <w:tcPr>
            <w:tcW w:w="2351" w:type="dxa"/>
          </w:tcPr>
          <w:p w14:paraId="1AFC4A1C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—</w:t>
            </w:r>
          </w:p>
        </w:tc>
      </w:tr>
      <w:tr w:rsidR="00C80697" w:rsidRPr="00A314A6" w14:paraId="4E12B6AE" w14:textId="77777777">
        <w:trPr>
          <w:jc w:val="center"/>
        </w:trPr>
        <w:tc>
          <w:tcPr>
            <w:tcW w:w="2351" w:type="dxa"/>
          </w:tcPr>
          <w:p w14:paraId="1E7A14E3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—</w:t>
            </w:r>
          </w:p>
        </w:tc>
        <w:tc>
          <w:tcPr>
            <w:tcW w:w="2351" w:type="dxa"/>
          </w:tcPr>
          <w:p w14:paraId="4C801651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—</w:t>
            </w:r>
          </w:p>
        </w:tc>
        <w:tc>
          <w:tcPr>
            <w:tcW w:w="2351" w:type="dxa"/>
          </w:tcPr>
          <w:p w14:paraId="68E4F0B3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—</w:t>
            </w:r>
          </w:p>
        </w:tc>
        <w:tc>
          <w:tcPr>
            <w:tcW w:w="2351" w:type="dxa"/>
          </w:tcPr>
          <w:p w14:paraId="31F2E39C" w14:textId="77777777" w:rsidR="00C80697" w:rsidRPr="00A314A6" w:rsidRDefault="00A913F2" w:rsidP="00A314A6">
            <w:pPr>
              <w:bidi/>
              <w:jc w:val="center"/>
              <w:rPr>
                <w:rFonts w:hint="eastAsia"/>
                <w:sz w:val="32"/>
                <w:szCs w:val="32"/>
              </w:rPr>
            </w:pPr>
            <w:r w:rsidRPr="00A314A6">
              <w:rPr>
                <w:sz w:val="32"/>
                <w:szCs w:val="32"/>
              </w:rPr>
              <w:t>—</w:t>
            </w:r>
          </w:p>
        </w:tc>
      </w:tr>
    </w:tbl>
    <w:p w14:paraId="3EF71757" w14:textId="2521123C" w:rsidR="00C80697" w:rsidRPr="00A314A6" w:rsidRDefault="00A913F2" w:rsidP="00A314A6">
      <w:pPr>
        <w:bidi/>
        <w:rPr>
          <w:rFonts w:hint="eastAsia"/>
          <w:sz w:val="32"/>
          <w:szCs w:val="32"/>
        </w:rPr>
      </w:pPr>
      <w:proofErr w:type="spellStart"/>
      <w:r w:rsidRPr="00A314A6">
        <w:rPr>
          <w:b/>
          <w:sz w:val="32"/>
          <w:szCs w:val="32"/>
        </w:rPr>
        <w:t>شكل</w:t>
      </w:r>
      <w:proofErr w:type="spellEnd"/>
      <w:r w:rsidRPr="00A314A6">
        <w:rPr>
          <w:b/>
          <w:sz w:val="32"/>
          <w:szCs w:val="32"/>
        </w:rPr>
        <w:t xml:space="preserve"> </w:t>
      </w:r>
      <w:r w:rsidR="00A314A6">
        <w:rPr>
          <w:rFonts w:hint="cs"/>
          <w:b/>
          <w:sz w:val="32"/>
          <w:szCs w:val="32"/>
          <w:rtl/>
        </w:rPr>
        <w:t>(</w:t>
      </w:r>
      <w:r w:rsidRPr="00A314A6">
        <w:rPr>
          <w:b/>
          <w:sz w:val="32"/>
          <w:szCs w:val="32"/>
        </w:rPr>
        <w:t>1</w:t>
      </w:r>
      <w:r w:rsidR="00A314A6">
        <w:rPr>
          <w:rFonts w:hint="cs"/>
          <w:b/>
          <w:sz w:val="32"/>
          <w:szCs w:val="32"/>
          <w:rtl/>
        </w:rPr>
        <w:t>)</w:t>
      </w:r>
      <w:r w:rsidRPr="00A314A6">
        <w:rPr>
          <w:b/>
          <w:sz w:val="32"/>
          <w:szCs w:val="32"/>
        </w:rPr>
        <w:t xml:space="preserve">: </w:t>
      </w:r>
      <w:proofErr w:type="spellStart"/>
      <w:r w:rsidRPr="00A314A6">
        <w:rPr>
          <w:b/>
          <w:sz w:val="32"/>
          <w:szCs w:val="32"/>
        </w:rPr>
        <w:t>يُكتب</w:t>
      </w:r>
      <w:proofErr w:type="spellEnd"/>
      <w:r w:rsidRPr="00A314A6">
        <w:rPr>
          <w:b/>
          <w:sz w:val="32"/>
          <w:szCs w:val="32"/>
        </w:rPr>
        <w:t xml:space="preserve"> </w:t>
      </w:r>
      <w:proofErr w:type="spellStart"/>
      <w:r w:rsidRPr="00A314A6">
        <w:rPr>
          <w:b/>
          <w:sz w:val="32"/>
          <w:szCs w:val="32"/>
        </w:rPr>
        <w:t>هنا</w:t>
      </w:r>
      <w:proofErr w:type="spellEnd"/>
      <w:r w:rsidRPr="00A314A6">
        <w:rPr>
          <w:b/>
          <w:sz w:val="32"/>
          <w:szCs w:val="32"/>
        </w:rPr>
        <w:t xml:space="preserve"> </w:t>
      </w:r>
      <w:proofErr w:type="spellStart"/>
      <w:r w:rsidRPr="00A314A6">
        <w:rPr>
          <w:b/>
          <w:sz w:val="32"/>
          <w:szCs w:val="32"/>
        </w:rPr>
        <w:t>عنوان</w:t>
      </w:r>
      <w:proofErr w:type="spellEnd"/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الشكل</w:t>
      </w:r>
      <w:r w:rsidRPr="00A314A6">
        <w:rPr>
          <w:b/>
          <w:sz w:val="32"/>
          <w:szCs w:val="32"/>
        </w:rPr>
        <w:t>.</w:t>
      </w:r>
    </w:p>
    <w:p w14:paraId="28472E30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[</w:t>
      </w:r>
      <w:r w:rsidRPr="00A314A6">
        <w:rPr>
          <w:sz w:val="32"/>
          <w:szCs w:val="32"/>
        </w:rPr>
        <w:t>يُدرج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الشكل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أو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الرسم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البياني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هنا</w:t>
      </w:r>
      <w:r w:rsidRPr="00A314A6">
        <w:rPr>
          <w:sz w:val="32"/>
          <w:szCs w:val="32"/>
        </w:rPr>
        <w:t>]</w:t>
      </w:r>
    </w:p>
    <w:p w14:paraId="4DC3A926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 xml:space="preserve">4. </w:t>
      </w:r>
      <w:r w:rsidRPr="00A314A6">
        <w:rPr>
          <w:b/>
          <w:sz w:val="32"/>
          <w:szCs w:val="32"/>
        </w:rPr>
        <w:t>المناقشة</w:t>
      </w:r>
    </w:p>
    <w:p w14:paraId="663CFC1B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lastRenderedPageBreak/>
        <w:t>تُفسر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النتائج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وتُناقش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في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ضوء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أهداف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الدراسة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والدراسات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السابقة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والإطار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النظري،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توضيح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أوجه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الاتفاق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والاختلاف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وتقديم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التفسيرات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العلمية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الممكنة</w:t>
      </w:r>
      <w:r w:rsidRPr="00A314A6">
        <w:rPr>
          <w:sz w:val="32"/>
          <w:szCs w:val="32"/>
        </w:rPr>
        <w:t>.</w:t>
      </w:r>
    </w:p>
    <w:p w14:paraId="4CA087D3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 xml:space="preserve">5. </w:t>
      </w:r>
      <w:r w:rsidRPr="00A314A6">
        <w:rPr>
          <w:b/>
          <w:sz w:val="32"/>
          <w:szCs w:val="32"/>
        </w:rPr>
        <w:t>الاستنتاجات</w:t>
      </w:r>
    </w:p>
    <w:p w14:paraId="458798B2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تُعرض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أهم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الاستنتاجات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التي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توصلت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إليها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الدراسة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بصورة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مركزة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ومباشرة،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على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تكون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مرتبطة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بالنتائج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وأهداف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البحث</w:t>
      </w:r>
      <w:r w:rsidRPr="00A314A6">
        <w:rPr>
          <w:sz w:val="32"/>
          <w:szCs w:val="32"/>
        </w:rPr>
        <w:t>.</w:t>
      </w:r>
    </w:p>
    <w:p w14:paraId="7DF9C5D8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 xml:space="preserve">6. </w:t>
      </w:r>
      <w:r w:rsidRPr="00A314A6">
        <w:rPr>
          <w:b/>
          <w:sz w:val="32"/>
          <w:szCs w:val="32"/>
        </w:rPr>
        <w:t>التوصيات</w:t>
      </w:r>
    </w:p>
    <w:p w14:paraId="7227DFDC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تُذكر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التوصيات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القابلة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للتطبيق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والتي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تستند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بصورة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مباشرة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إلى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نتائج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الدراسة</w:t>
      </w:r>
      <w:r w:rsidRPr="00A314A6">
        <w:rPr>
          <w:sz w:val="32"/>
          <w:szCs w:val="32"/>
        </w:rPr>
        <w:t xml:space="preserve">. </w:t>
      </w:r>
      <w:r w:rsidRPr="00A314A6">
        <w:rPr>
          <w:sz w:val="32"/>
          <w:szCs w:val="32"/>
        </w:rPr>
        <w:t>يمكن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حذف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هذا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القسم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إذا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لم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تكن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هناك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توصيات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مناسبة</w:t>
      </w:r>
      <w:r w:rsidRPr="00A314A6">
        <w:rPr>
          <w:sz w:val="32"/>
          <w:szCs w:val="32"/>
        </w:rPr>
        <w:t>.</w:t>
      </w:r>
    </w:p>
    <w:p w14:paraId="7EC3E671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 xml:space="preserve">7. </w:t>
      </w:r>
      <w:r w:rsidRPr="00A314A6">
        <w:rPr>
          <w:b/>
          <w:sz w:val="32"/>
          <w:szCs w:val="32"/>
        </w:rPr>
        <w:t>الدراسات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المستقبلية</w:t>
      </w:r>
    </w:p>
    <w:p w14:paraId="3C6C7011" w14:textId="77777777" w:rsidR="00C80697" w:rsidRPr="00A314A6" w:rsidRDefault="00A913F2" w:rsidP="00A314A6">
      <w:pPr>
        <w:pStyle w:val="aa"/>
        <w:numPr>
          <w:ilvl w:val="0"/>
          <w:numId w:val="10"/>
        </w:num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تُذكر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المقترحات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البحثية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</w:t>
      </w:r>
      <w:r w:rsidRPr="00A314A6">
        <w:rPr>
          <w:sz w:val="32"/>
          <w:szCs w:val="32"/>
        </w:rPr>
        <w:t>لتي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يمكن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تنبثق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نتائج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الدراسة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أو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الجوانب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التي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تحتاج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إلى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مزيد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البحث</w:t>
      </w:r>
      <w:r w:rsidRPr="00A314A6">
        <w:rPr>
          <w:sz w:val="32"/>
          <w:szCs w:val="32"/>
        </w:rPr>
        <w:t>.</w:t>
      </w:r>
    </w:p>
    <w:p w14:paraId="27140F20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>8</w:t>
      </w:r>
      <w:r w:rsidRPr="00A314A6">
        <w:rPr>
          <w:b/>
          <w:sz w:val="32"/>
          <w:szCs w:val="32"/>
        </w:rPr>
        <w:t xml:space="preserve">. </w:t>
      </w:r>
      <w:r w:rsidRPr="00A314A6">
        <w:rPr>
          <w:b/>
          <w:sz w:val="32"/>
          <w:szCs w:val="32"/>
        </w:rPr>
        <w:t>الشكر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والتقدير</w:t>
      </w:r>
    </w:p>
    <w:p w14:paraId="4794F506" w14:textId="77777777" w:rsidR="00C80697" w:rsidRPr="00A314A6" w:rsidRDefault="00A913F2" w:rsidP="00A314A6">
      <w:pPr>
        <w:pStyle w:val="aa"/>
        <w:numPr>
          <w:ilvl w:val="0"/>
          <w:numId w:val="11"/>
        </w:num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يُذكر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هنا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اسم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الجهة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الداعمة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أو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الممولة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أو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الأشخاص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الذين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قدموا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مساهمة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علمية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جوهرية،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عند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وجود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ذلك</w:t>
      </w:r>
      <w:r w:rsidRPr="00A314A6">
        <w:rPr>
          <w:sz w:val="32"/>
          <w:szCs w:val="32"/>
        </w:rPr>
        <w:t>.</w:t>
      </w:r>
    </w:p>
    <w:p w14:paraId="3888BC13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>9</w:t>
      </w:r>
      <w:r w:rsidRPr="00A314A6">
        <w:rPr>
          <w:b/>
          <w:sz w:val="32"/>
          <w:szCs w:val="32"/>
        </w:rPr>
        <w:t xml:space="preserve">. </w:t>
      </w:r>
      <w:r w:rsidRPr="00A314A6">
        <w:rPr>
          <w:b/>
          <w:sz w:val="32"/>
          <w:szCs w:val="32"/>
        </w:rPr>
        <w:t>تضارب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المصالح</w:t>
      </w:r>
    </w:p>
    <w:p w14:paraId="70A3F705" w14:textId="6293246D" w:rsidR="00C80697" w:rsidRPr="00A314A6" w:rsidRDefault="00A913F2" w:rsidP="00A314A6">
      <w:pPr>
        <w:pStyle w:val="aa"/>
        <w:numPr>
          <w:ilvl w:val="0"/>
          <w:numId w:val="12"/>
        </w:num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lastRenderedPageBreak/>
        <w:t>يُصرح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الباحثون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بوجود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أو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عدم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وجود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تضارب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في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المصالح</w:t>
      </w:r>
      <w:r w:rsidRPr="00A314A6">
        <w:rPr>
          <w:sz w:val="32"/>
          <w:szCs w:val="32"/>
        </w:rPr>
        <w:t xml:space="preserve">. </w:t>
      </w:r>
      <w:r w:rsidRPr="00A314A6">
        <w:rPr>
          <w:sz w:val="32"/>
          <w:szCs w:val="32"/>
        </w:rPr>
        <w:t>مثال</w:t>
      </w:r>
      <w:r w:rsidRPr="00A314A6">
        <w:rPr>
          <w:sz w:val="32"/>
          <w:szCs w:val="32"/>
        </w:rPr>
        <w:t xml:space="preserve">: </w:t>
      </w:r>
      <w:r w:rsidRPr="00A314A6">
        <w:rPr>
          <w:sz w:val="32"/>
          <w:szCs w:val="32"/>
        </w:rPr>
        <w:t>يعلن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الباحثون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عدم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وجود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تضارب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في</w:t>
      </w:r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المصالح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يتعلق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بهذا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البحث</w:t>
      </w:r>
      <w:proofErr w:type="spellEnd"/>
      <w:r w:rsidR="00A314A6">
        <w:rPr>
          <w:rFonts w:hint="cs"/>
          <w:sz w:val="32"/>
          <w:szCs w:val="32"/>
          <w:rtl/>
        </w:rPr>
        <w:t>.</w:t>
      </w:r>
    </w:p>
    <w:p w14:paraId="5D487E04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>1</w:t>
      </w:r>
      <w:r w:rsidRPr="00A314A6">
        <w:rPr>
          <w:b/>
          <w:sz w:val="32"/>
          <w:szCs w:val="32"/>
        </w:rPr>
        <w:t xml:space="preserve">0. </w:t>
      </w:r>
      <w:r w:rsidRPr="00A314A6">
        <w:rPr>
          <w:b/>
          <w:sz w:val="32"/>
          <w:szCs w:val="32"/>
        </w:rPr>
        <w:t>التمويل</w:t>
      </w:r>
    </w:p>
    <w:p w14:paraId="41173B64" w14:textId="77777777" w:rsidR="00C80697" w:rsidRPr="00A314A6" w:rsidRDefault="00A913F2" w:rsidP="00A314A6">
      <w:pPr>
        <w:pStyle w:val="aa"/>
        <w:numPr>
          <w:ilvl w:val="0"/>
          <w:numId w:val="13"/>
        </w:num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يُذكر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مصدر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تمويل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البحث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إن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وجد</w:t>
      </w:r>
      <w:r w:rsidRPr="00A314A6">
        <w:rPr>
          <w:sz w:val="32"/>
          <w:szCs w:val="32"/>
        </w:rPr>
        <w:t xml:space="preserve">. </w:t>
      </w:r>
      <w:r w:rsidRPr="00A314A6">
        <w:rPr>
          <w:sz w:val="32"/>
          <w:szCs w:val="32"/>
        </w:rPr>
        <w:t>مثال</w:t>
      </w:r>
      <w:r w:rsidRPr="00A314A6">
        <w:rPr>
          <w:sz w:val="32"/>
          <w:szCs w:val="32"/>
        </w:rPr>
        <w:t xml:space="preserve">: </w:t>
      </w:r>
      <w:r w:rsidRPr="00A314A6">
        <w:rPr>
          <w:sz w:val="32"/>
          <w:szCs w:val="32"/>
        </w:rPr>
        <w:t>لم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يتلق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هذا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البحث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أي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تمويل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جهة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خارجية</w:t>
      </w:r>
      <w:r w:rsidRPr="00A314A6">
        <w:rPr>
          <w:sz w:val="32"/>
          <w:szCs w:val="32"/>
        </w:rPr>
        <w:t>.</w:t>
      </w:r>
    </w:p>
    <w:p w14:paraId="334E404C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>1</w:t>
      </w:r>
      <w:r w:rsidRPr="00A314A6">
        <w:rPr>
          <w:b/>
          <w:sz w:val="32"/>
          <w:szCs w:val="32"/>
        </w:rPr>
        <w:t xml:space="preserve">1. </w:t>
      </w:r>
      <w:r w:rsidRPr="00A314A6">
        <w:rPr>
          <w:b/>
          <w:sz w:val="32"/>
          <w:szCs w:val="32"/>
        </w:rPr>
        <w:t>مساهمات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الباحثين</w:t>
      </w:r>
    </w:p>
    <w:p w14:paraId="5C057CB3" w14:textId="2812A1D8" w:rsidR="00C80697" w:rsidRPr="00A314A6" w:rsidRDefault="00A913F2" w:rsidP="00A314A6">
      <w:pPr>
        <w:pStyle w:val="aa"/>
        <w:numPr>
          <w:ilvl w:val="0"/>
          <w:numId w:val="14"/>
        </w:num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عند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تعدد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الباحثين،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يوضح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هذا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القسم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مساهمة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كل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باحث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في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تصميم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الدراسة،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ج</w:t>
      </w:r>
      <w:r w:rsidRPr="00A314A6">
        <w:rPr>
          <w:sz w:val="32"/>
          <w:szCs w:val="32"/>
        </w:rPr>
        <w:t>مع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البيانات،</w:t>
      </w:r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التحليل</w:t>
      </w:r>
      <w:proofErr w:type="spellEnd"/>
      <w:r w:rsidRPr="00A314A6">
        <w:rPr>
          <w:sz w:val="32"/>
          <w:szCs w:val="32"/>
        </w:rPr>
        <w:t>،</w:t>
      </w:r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الكتابة</w:t>
      </w:r>
      <w:proofErr w:type="spellEnd"/>
      <w:r w:rsidRPr="00A314A6">
        <w:rPr>
          <w:sz w:val="32"/>
          <w:szCs w:val="32"/>
        </w:rPr>
        <w:t>،</w:t>
      </w:r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والمراجعة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النهائية</w:t>
      </w:r>
      <w:proofErr w:type="spellEnd"/>
      <w:r w:rsidR="00A314A6">
        <w:rPr>
          <w:rFonts w:hint="cs"/>
          <w:sz w:val="32"/>
          <w:szCs w:val="32"/>
          <w:rtl/>
        </w:rPr>
        <w:t>.</w:t>
      </w:r>
    </w:p>
    <w:p w14:paraId="598DB7BE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>1</w:t>
      </w:r>
      <w:r w:rsidRPr="00A314A6">
        <w:rPr>
          <w:b/>
          <w:sz w:val="32"/>
          <w:szCs w:val="32"/>
        </w:rPr>
        <w:t xml:space="preserve">2. </w:t>
      </w:r>
      <w:r w:rsidRPr="00A314A6">
        <w:rPr>
          <w:b/>
          <w:sz w:val="32"/>
          <w:szCs w:val="32"/>
        </w:rPr>
        <w:t>المراجع</w:t>
      </w:r>
    </w:p>
    <w:p w14:paraId="2CCED043" w14:textId="0E893154" w:rsidR="00C80697" w:rsidRPr="00A314A6" w:rsidRDefault="00A913F2" w:rsidP="00A314A6">
      <w:pPr>
        <w:pStyle w:val="aa"/>
        <w:numPr>
          <w:ilvl w:val="0"/>
          <w:numId w:val="15"/>
        </w:num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>تُرتب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المراجع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وتُوثق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وفق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نظام</w:t>
      </w:r>
      <w:r w:rsidRPr="00A314A6">
        <w:rPr>
          <w:sz w:val="32"/>
          <w:szCs w:val="32"/>
        </w:rPr>
        <w:t xml:space="preserve"> APA</w:t>
      </w:r>
      <w:r w:rsidRPr="00A314A6">
        <w:rPr>
          <w:sz w:val="32"/>
          <w:szCs w:val="32"/>
        </w:rPr>
        <w:t>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الإصدار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السابع</w:t>
      </w:r>
      <w:r w:rsidRPr="00A314A6">
        <w:rPr>
          <w:sz w:val="32"/>
          <w:szCs w:val="32"/>
        </w:rPr>
        <w:t xml:space="preserve"> (APA 7th </w:t>
      </w:r>
      <w:proofErr w:type="gramStart"/>
      <w:r w:rsidRPr="00A314A6">
        <w:rPr>
          <w:sz w:val="32"/>
          <w:szCs w:val="32"/>
        </w:rPr>
        <w:t>Edition)</w:t>
      </w:r>
      <w:r w:rsidRPr="00A314A6">
        <w:rPr>
          <w:sz w:val="32"/>
          <w:szCs w:val="32"/>
        </w:rPr>
        <w:t>،</w:t>
      </w:r>
      <w:proofErr w:type="gramEnd"/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التأكد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تطابق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جميع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المراجع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المذكورة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داخل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النص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مع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قائمة</w:t>
      </w:r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المراجع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في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نهاية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البحث</w:t>
      </w:r>
      <w:proofErr w:type="spellEnd"/>
      <w:r w:rsidR="00A314A6">
        <w:rPr>
          <w:rFonts w:hint="cs"/>
          <w:sz w:val="32"/>
          <w:szCs w:val="32"/>
          <w:rtl/>
        </w:rPr>
        <w:t>.</w:t>
      </w:r>
    </w:p>
    <w:p w14:paraId="31C8E06C" w14:textId="77777777" w:rsidR="00110C69" w:rsidRDefault="00A913F2" w:rsidP="00A314A6">
      <w:pPr>
        <w:bidi/>
        <w:rPr>
          <w:sz w:val="32"/>
          <w:szCs w:val="32"/>
          <w:rtl/>
        </w:rPr>
      </w:pPr>
      <w:proofErr w:type="spellStart"/>
      <w:r w:rsidRPr="00A314A6">
        <w:rPr>
          <w:b/>
          <w:bCs/>
          <w:sz w:val="32"/>
          <w:szCs w:val="32"/>
        </w:rPr>
        <w:t>مثال</w:t>
      </w:r>
      <w:proofErr w:type="spellEnd"/>
      <w:r w:rsidRPr="00A314A6">
        <w:rPr>
          <w:b/>
          <w:bCs/>
          <w:sz w:val="32"/>
          <w:szCs w:val="32"/>
        </w:rPr>
        <w:t xml:space="preserve"> </w:t>
      </w:r>
      <w:proofErr w:type="spellStart"/>
      <w:r w:rsidRPr="00A314A6">
        <w:rPr>
          <w:b/>
          <w:bCs/>
          <w:sz w:val="32"/>
          <w:szCs w:val="32"/>
        </w:rPr>
        <w:t>لمرجع</w:t>
      </w:r>
      <w:proofErr w:type="spellEnd"/>
      <w:r w:rsidRPr="00A314A6">
        <w:rPr>
          <w:b/>
          <w:bCs/>
          <w:sz w:val="32"/>
          <w:szCs w:val="32"/>
        </w:rPr>
        <w:t xml:space="preserve"> </w:t>
      </w:r>
      <w:proofErr w:type="spellStart"/>
      <w:r w:rsidRPr="00A314A6">
        <w:rPr>
          <w:b/>
          <w:bCs/>
          <w:sz w:val="32"/>
          <w:szCs w:val="32"/>
        </w:rPr>
        <w:t>باللغة</w:t>
      </w:r>
      <w:proofErr w:type="spellEnd"/>
      <w:r w:rsidRPr="00A314A6">
        <w:rPr>
          <w:b/>
          <w:bCs/>
          <w:sz w:val="32"/>
          <w:szCs w:val="32"/>
        </w:rPr>
        <w:t xml:space="preserve"> </w:t>
      </w:r>
      <w:proofErr w:type="spellStart"/>
      <w:r w:rsidRPr="00A314A6">
        <w:rPr>
          <w:b/>
          <w:bCs/>
          <w:sz w:val="32"/>
          <w:szCs w:val="32"/>
        </w:rPr>
        <w:t>العربية</w:t>
      </w:r>
      <w:proofErr w:type="spellEnd"/>
      <w:r w:rsidR="00A314A6" w:rsidRPr="00A314A6">
        <w:rPr>
          <w:rFonts w:hint="cs"/>
          <w:b/>
          <w:bCs/>
          <w:sz w:val="32"/>
          <w:szCs w:val="32"/>
          <w:rtl/>
        </w:rPr>
        <w:t>:</w:t>
      </w:r>
      <w:r w:rsidRPr="00A314A6">
        <w:rPr>
          <w:sz w:val="32"/>
          <w:szCs w:val="32"/>
        </w:rPr>
        <w:br/>
      </w:r>
      <w:proofErr w:type="spellStart"/>
      <w:r w:rsidRPr="00A314A6">
        <w:rPr>
          <w:sz w:val="32"/>
          <w:szCs w:val="32"/>
        </w:rPr>
        <w:t>اسم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العائلة</w:t>
      </w:r>
      <w:proofErr w:type="spellEnd"/>
      <w:r w:rsidRPr="00A314A6">
        <w:rPr>
          <w:sz w:val="32"/>
          <w:szCs w:val="32"/>
        </w:rPr>
        <w:t>،</w:t>
      </w:r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الاسم</w:t>
      </w:r>
      <w:proofErr w:type="spellEnd"/>
      <w:r w:rsidRPr="00A314A6">
        <w:rPr>
          <w:sz w:val="32"/>
          <w:szCs w:val="32"/>
        </w:rPr>
        <w:t>.</w:t>
      </w:r>
      <w:r w:rsidRPr="00A314A6">
        <w:rPr>
          <w:sz w:val="32"/>
          <w:szCs w:val="32"/>
        </w:rPr>
        <w:t xml:space="preserve"> </w:t>
      </w:r>
      <w:r w:rsidR="00110C69">
        <w:rPr>
          <w:rFonts w:hint="cs"/>
          <w:sz w:val="32"/>
          <w:szCs w:val="32"/>
          <w:rtl/>
        </w:rPr>
        <w:t>(</w:t>
      </w:r>
      <w:proofErr w:type="spellStart"/>
      <w:r w:rsidRPr="00A314A6">
        <w:rPr>
          <w:sz w:val="32"/>
          <w:szCs w:val="32"/>
        </w:rPr>
        <w:t>السنة</w:t>
      </w:r>
      <w:proofErr w:type="spellEnd"/>
      <w:r w:rsidRPr="00A314A6">
        <w:rPr>
          <w:sz w:val="32"/>
          <w:szCs w:val="32"/>
        </w:rPr>
        <w:t>)</w:t>
      </w:r>
      <w:proofErr w:type="gramStart"/>
      <w:r w:rsidRPr="00A314A6">
        <w:rPr>
          <w:sz w:val="32"/>
          <w:szCs w:val="32"/>
        </w:rPr>
        <w:t>.</w:t>
      </w:r>
      <w:r w:rsidR="00110C69">
        <w:rPr>
          <w:rFonts w:hint="cs"/>
          <w:sz w:val="32"/>
          <w:szCs w:val="32"/>
          <w:rtl/>
        </w:rPr>
        <w:t>)</w:t>
      </w:r>
      <w:proofErr w:type="spellStart"/>
      <w:r w:rsidRPr="00A314A6">
        <w:rPr>
          <w:sz w:val="32"/>
          <w:szCs w:val="32"/>
        </w:rPr>
        <w:t>عنوان</w:t>
      </w:r>
      <w:proofErr w:type="spellEnd"/>
      <w:proofErr w:type="gram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الكتاب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أو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البحث</w:t>
      </w:r>
      <w:proofErr w:type="spellEnd"/>
      <w:r w:rsidRPr="00A314A6">
        <w:rPr>
          <w:sz w:val="32"/>
          <w:szCs w:val="32"/>
        </w:rPr>
        <w:t xml:space="preserve">. </w:t>
      </w:r>
      <w:proofErr w:type="spellStart"/>
      <w:r w:rsidRPr="00A314A6">
        <w:rPr>
          <w:sz w:val="32"/>
          <w:szCs w:val="32"/>
        </w:rPr>
        <w:t>دار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النشر</w:t>
      </w:r>
      <w:proofErr w:type="spellEnd"/>
      <w:r w:rsidRPr="00A314A6">
        <w:rPr>
          <w:sz w:val="32"/>
          <w:szCs w:val="32"/>
        </w:rPr>
        <w:t>/</w:t>
      </w:r>
      <w:proofErr w:type="spellStart"/>
      <w:r w:rsidRPr="00A314A6">
        <w:rPr>
          <w:sz w:val="32"/>
          <w:szCs w:val="32"/>
        </w:rPr>
        <w:t>اسم</w:t>
      </w:r>
      <w:proofErr w:type="spellEnd"/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المجلة</w:t>
      </w:r>
      <w:proofErr w:type="spellEnd"/>
      <w:r w:rsidRPr="00A314A6">
        <w:rPr>
          <w:sz w:val="32"/>
          <w:szCs w:val="32"/>
        </w:rPr>
        <w:t>،</w:t>
      </w:r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المجلد</w:t>
      </w:r>
      <w:proofErr w:type="spellEnd"/>
      <w:r w:rsidR="00110C69">
        <w:rPr>
          <w:rFonts w:hint="cs"/>
          <w:sz w:val="32"/>
          <w:szCs w:val="32"/>
          <w:rtl/>
        </w:rPr>
        <w:t>(</w:t>
      </w:r>
      <w:proofErr w:type="spellStart"/>
      <w:r w:rsidRPr="00A314A6">
        <w:rPr>
          <w:sz w:val="32"/>
          <w:szCs w:val="32"/>
        </w:rPr>
        <w:t>العدد</w:t>
      </w:r>
      <w:proofErr w:type="spellEnd"/>
      <w:r w:rsidR="00110C69">
        <w:rPr>
          <w:rFonts w:hint="cs"/>
          <w:sz w:val="32"/>
          <w:szCs w:val="32"/>
          <w:rtl/>
        </w:rPr>
        <w:t>)</w:t>
      </w:r>
      <w:r w:rsidRPr="00A314A6">
        <w:rPr>
          <w:sz w:val="32"/>
          <w:szCs w:val="32"/>
        </w:rPr>
        <w:t>،</w:t>
      </w:r>
      <w:r w:rsidRPr="00A314A6">
        <w:rPr>
          <w:sz w:val="32"/>
          <w:szCs w:val="32"/>
        </w:rPr>
        <w:t xml:space="preserve"> </w:t>
      </w:r>
      <w:proofErr w:type="spellStart"/>
      <w:r w:rsidRPr="00A314A6">
        <w:rPr>
          <w:sz w:val="32"/>
          <w:szCs w:val="32"/>
        </w:rPr>
        <w:t>الصفحات</w:t>
      </w:r>
      <w:proofErr w:type="spellEnd"/>
      <w:r w:rsidR="00110C69">
        <w:rPr>
          <w:rFonts w:hint="cs"/>
          <w:sz w:val="32"/>
          <w:szCs w:val="32"/>
          <w:rtl/>
        </w:rPr>
        <w:t>.</w:t>
      </w:r>
    </w:p>
    <w:p w14:paraId="151864D2" w14:textId="5060EF4B" w:rsidR="00C80697" w:rsidRPr="00A314A6" w:rsidRDefault="00A913F2" w:rsidP="00110C69">
      <w:pPr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t xml:space="preserve"> https://doi.org/xxxxx</w:t>
      </w:r>
    </w:p>
    <w:p w14:paraId="63E094E5" w14:textId="77777777" w:rsidR="00C80697" w:rsidRPr="00A314A6" w:rsidRDefault="00A913F2" w:rsidP="00110C69">
      <w:pPr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lastRenderedPageBreak/>
        <w:t>E</w:t>
      </w:r>
      <w:r w:rsidRPr="00A314A6">
        <w:rPr>
          <w:sz w:val="32"/>
          <w:szCs w:val="32"/>
        </w:rPr>
        <w:t>xample for an English reference:</w:t>
      </w:r>
      <w:r w:rsidRPr="00A314A6">
        <w:rPr>
          <w:sz w:val="32"/>
          <w:szCs w:val="32"/>
        </w:rPr>
        <w:br/>
        <w:t>Author, A. A. (Year). Title of article. Journal Title, volume(issue), pages. https://</w:t>
      </w:r>
      <w:r w:rsidRPr="00A314A6">
        <w:rPr>
          <w:sz w:val="32"/>
          <w:szCs w:val="32"/>
        </w:rPr>
        <w:t>doi.org/xxxxx</w:t>
      </w:r>
    </w:p>
    <w:p w14:paraId="39BCEF68" w14:textId="4BB50FFF" w:rsidR="00C80697" w:rsidRPr="00A314A6" w:rsidRDefault="00110C69" w:rsidP="00A314A6">
      <w:pPr>
        <w:bidi/>
        <w:rPr>
          <w:rFonts w:hint="eastAsia"/>
          <w:sz w:val="32"/>
          <w:szCs w:val="32"/>
        </w:rPr>
      </w:pPr>
      <w:proofErr w:type="gramStart"/>
      <w:r>
        <w:rPr>
          <w:rFonts w:hint="cs"/>
          <w:b/>
          <w:sz w:val="32"/>
          <w:szCs w:val="32"/>
          <w:rtl/>
        </w:rPr>
        <w:t xml:space="preserve">13. </w:t>
      </w:r>
      <w:r w:rsidR="00A913F2" w:rsidRPr="00A314A6">
        <w:rPr>
          <w:b/>
          <w:sz w:val="32"/>
          <w:szCs w:val="32"/>
        </w:rPr>
        <w:t>.</w:t>
      </w:r>
      <w:proofErr w:type="gramEnd"/>
      <w:r w:rsidR="00A913F2" w:rsidRPr="00A314A6">
        <w:rPr>
          <w:b/>
          <w:sz w:val="32"/>
          <w:szCs w:val="32"/>
        </w:rPr>
        <w:t xml:space="preserve"> </w:t>
      </w:r>
      <w:r w:rsidR="00A913F2" w:rsidRPr="00A314A6">
        <w:rPr>
          <w:b/>
          <w:sz w:val="32"/>
          <w:szCs w:val="32"/>
        </w:rPr>
        <w:t>تعليمات</w:t>
      </w:r>
      <w:r w:rsidR="00A913F2" w:rsidRPr="00A314A6">
        <w:rPr>
          <w:b/>
          <w:sz w:val="32"/>
          <w:szCs w:val="32"/>
        </w:rPr>
        <w:t xml:space="preserve"> </w:t>
      </w:r>
      <w:r w:rsidR="00A913F2" w:rsidRPr="00A314A6">
        <w:rPr>
          <w:b/>
          <w:sz w:val="32"/>
          <w:szCs w:val="32"/>
        </w:rPr>
        <w:t>التن</w:t>
      </w:r>
      <w:r w:rsidR="00A913F2" w:rsidRPr="00A314A6">
        <w:rPr>
          <w:b/>
          <w:sz w:val="32"/>
          <w:szCs w:val="32"/>
        </w:rPr>
        <w:t>سيق</w:t>
      </w:r>
      <w:r w:rsidR="00A913F2" w:rsidRPr="00A314A6">
        <w:rPr>
          <w:b/>
          <w:sz w:val="32"/>
          <w:szCs w:val="32"/>
        </w:rPr>
        <w:t xml:space="preserve"> </w:t>
      </w:r>
      <w:r w:rsidR="00A913F2" w:rsidRPr="00A314A6">
        <w:rPr>
          <w:b/>
          <w:sz w:val="32"/>
          <w:szCs w:val="32"/>
        </w:rPr>
        <w:t>العامة</w:t>
      </w:r>
    </w:p>
    <w:p w14:paraId="203936EF" w14:textId="5E387B30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حجم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الورق</w:t>
      </w:r>
      <w:proofErr w:type="spellEnd"/>
      <w:r w:rsidRPr="00110C69">
        <w:rPr>
          <w:sz w:val="32"/>
          <w:szCs w:val="32"/>
        </w:rPr>
        <w:t>: A4</w:t>
      </w:r>
      <w:r w:rsidR="00110C69">
        <w:rPr>
          <w:rFonts w:hint="cs"/>
          <w:sz w:val="32"/>
          <w:szCs w:val="32"/>
          <w:rtl/>
        </w:rPr>
        <w:t>.</w:t>
      </w:r>
    </w:p>
    <w:p w14:paraId="4DFD339C" w14:textId="5F9E8B24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الهوامش</w:t>
      </w:r>
      <w:proofErr w:type="spellEnd"/>
      <w:r w:rsidRPr="00110C69">
        <w:rPr>
          <w:sz w:val="32"/>
          <w:szCs w:val="32"/>
        </w:rPr>
        <w:t xml:space="preserve">: 2.5 </w:t>
      </w:r>
      <w:proofErr w:type="spellStart"/>
      <w:r w:rsidRPr="00110C69">
        <w:rPr>
          <w:sz w:val="32"/>
          <w:szCs w:val="32"/>
        </w:rPr>
        <w:t>سم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من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جميع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الجهات</w:t>
      </w:r>
      <w:proofErr w:type="spellEnd"/>
      <w:r w:rsidR="00110C69">
        <w:rPr>
          <w:rFonts w:hint="cs"/>
          <w:sz w:val="32"/>
          <w:szCs w:val="32"/>
          <w:rtl/>
        </w:rPr>
        <w:t>.</w:t>
      </w:r>
    </w:p>
    <w:p w14:paraId="05B1B7C6" w14:textId="7DC7F364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الخط</w:t>
      </w:r>
      <w:proofErr w:type="spellEnd"/>
      <w:r w:rsidRPr="00110C69">
        <w:rPr>
          <w:sz w:val="32"/>
          <w:szCs w:val="32"/>
        </w:rPr>
        <w:t xml:space="preserve">: Traditional Arabic </w:t>
      </w:r>
      <w:proofErr w:type="spellStart"/>
      <w:r w:rsidRPr="00110C69">
        <w:rPr>
          <w:sz w:val="32"/>
          <w:szCs w:val="32"/>
        </w:rPr>
        <w:t>للنص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العربي</w:t>
      </w:r>
      <w:proofErr w:type="spellEnd"/>
      <w:r w:rsidR="00110C69">
        <w:rPr>
          <w:rFonts w:hint="cs"/>
          <w:sz w:val="32"/>
          <w:szCs w:val="32"/>
          <w:rtl/>
        </w:rPr>
        <w:t>.</w:t>
      </w:r>
    </w:p>
    <w:p w14:paraId="0DE3E114" w14:textId="4663C965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حجم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النص</w:t>
      </w:r>
      <w:proofErr w:type="spellEnd"/>
      <w:r w:rsidRPr="00110C69">
        <w:rPr>
          <w:sz w:val="32"/>
          <w:szCs w:val="32"/>
        </w:rPr>
        <w:t xml:space="preserve">: 14 </w:t>
      </w:r>
      <w:proofErr w:type="spellStart"/>
      <w:r w:rsidRPr="00110C69">
        <w:rPr>
          <w:sz w:val="32"/>
          <w:szCs w:val="32"/>
        </w:rPr>
        <w:t>نقطة</w:t>
      </w:r>
      <w:proofErr w:type="spellEnd"/>
      <w:r w:rsidR="00110C69">
        <w:rPr>
          <w:rFonts w:hint="cs"/>
          <w:sz w:val="32"/>
          <w:szCs w:val="32"/>
          <w:rtl/>
        </w:rPr>
        <w:t>.</w:t>
      </w:r>
    </w:p>
    <w:p w14:paraId="7A3E6DF1" w14:textId="03D6000C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العناوين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الرئيسية</w:t>
      </w:r>
      <w:proofErr w:type="spellEnd"/>
      <w:r w:rsidRPr="00110C69">
        <w:rPr>
          <w:sz w:val="32"/>
          <w:szCs w:val="32"/>
        </w:rPr>
        <w:t xml:space="preserve">: 16 </w:t>
      </w:r>
      <w:proofErr w:type="spellStart"/>
      <w:r w:rsidRPr="00110C69">
        <w:rPr>
          <w:sz w:val="32"/>
          <w:szCs w:val="32"/>
        </w:rPr>
        <w:t>نقطة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غامق</w:t>
      </w:r>
      <w:proofErr w:type="spellEnd"/>
      <w:r w:rsidR="00110C69">
        <w:rPr>
          <w:rFonts w:hint="cs"/>
          <w:sz w:val="32"/>
          <w:szCs w:val="32"/>
          <w:rtl/>
        </w:rPr>
        <w:t>.</w:t>
      </w:r>
    </w:p>
    <w:p w14:paraId="480CA0CD" w14:textId="156E1C25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العناوين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الفرعية</w:t>
      </w:r>
      <w:proofErr w:type="spellEnd"/>
      <w:r w:rsidRPr="00110C69">
        <w:rPr>
          <w:sz w:val="32"/>
          <w:szCs w:val="32"/>
        </w:rPr>
        <w:t xml:space="preserve">: 14 </w:t>
      </w:r>
      <w:proofErr w:type="spellStart"/>
      <w:r w:rsidRPr="00110C69">
        <w:rPr>
          <w:sz w:val="32"/>
          <w:szCs w:val="32"/>
        </w:rPr>
        <w:t>نقطة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غامق</w:t>
      </w:r>
      <w:proofErr w:type="spellEnd"/>
      <w:r w:rsidR="00110C69">
        <w:rPr>
          <w:rFonts w:hint="cs"/>
          <w:sz w:val="32"/>
          <w:szCs w:val="32"/>
          <w:rtl/>
        </w:rPr>
        <w:t>.</w:t>
      </w:r>
    </w:p>
    <w:p w14:paraId="2781A1D4" w14:textId="285848B8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تباعد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الأسطر</w:t>
      </w:r>
      <w:proofErr w:type="spellEnd"/>
      <w:r w:rsidRPr="00110C69">
        <w:rPr>
          <w:sz w:val="32"/>
          <w:szCs w:val="32"/>
        </w:rPr>
        <w:t>: 1.5</w:t>
      </w:r>
      <w:r w:rsidR="00110C69">
        <w:rPr>
          <w:rFonts w:hint="cs"/>
          <w:sz w:val="32"/>
          <w:szCs w:val="32"/>
          <w:rtl/>
        </w:rPr>
        <w:t>.</w:t>
      </w:r>
    </w:p>
    <w:p w14:paraId="332A1530" w14:textId="05E78DD8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اتجاه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النص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العربي</w:t>
      </w:r>
      <w:proofErr w:type="spellEnd"/>
      <w:r w:rsidRPr="00110C69">
        <w:rPr>
          <w:sz w:val="32"/>
          <w:szCs w:val="32"/>
        </w:rPr>
        <w:t xml:space="preserve">: </w:t>
      </w:r>
      <w:proofErr w:type="spellStart"/>
      <w:r w:rsidRPr="00110C69">
        <w:rPr>
          <w:sz w:val="32"/>
          <w:szCs w:val="32"/>
        </w:rPr>
        <w:t>من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اليمين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إلى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اليسار</w:t>
      </w:r>
      <w:proofErr w:type="spellEnd"/>
      <w:r w:rsidR="00110C69">
        <w:rPr>
          <w:rFonts w:hint="cs"/>
          <w:sz w:val="32"/>
          <w:szCs w:val="32"/>
          <w:rtl/>
        </w:rPr>
        <w:t>.</w:t>
      </w:r>
    </w:p>
    <w:p w14:paraId="707B9DBD" w14:textId="73E038E0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ترقيم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الجداول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والأشكال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تسلسليًا</w:t>
      </w:r>
      <w:proofErr w:type="spellEnd"/>
      <w:r w:rsidRPr="00110C69">
        <w:rPr>
          <w:sz w:val="32"/>
          <w:szCs w:val="32"/>
        </w:rPr>
        <w:t>،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مع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وضع</w:t>
      </w:r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عنوان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واضح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لكل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منها</w:t>
      </w:r>
      <w:proofErr w:type="spellEnd"/>
      <w:r w:rsidR="00110C69">
        <w:rPr>
          <w:rFonts w:hint="cs"/>
          <w:sz w:val="32"/>
          <w:szCs w:val="32"/>
          <w:rtl/>
        </w:rPr>
        <w:t>.</w:t>
      </w:r>
    </w:p>
    <w:p w14:paraId="515F4A8E" w14:textId="14F940CF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يجب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أن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تكون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جميع</w:t>
      </w:r>
      <w:proofErr w:type="spellEnd"/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الاقتباسات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والمراجع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متطابقة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بين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متن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البحث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وقائمة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المراجع</w:t>
      </w:r>
      <w:r w:rsidRPr="00110C69">
        <w:rPr>
          <w:sz w:val="32"/>
          <w:szCs w:val="32"/>
        </w:rPr>
        <w:t>.</w:t>
      </w:r>
    </w:p>
    <w:p w14:paraId="4FBBFCD5" w14:textId="37A8A404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يُفضّل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استخدام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المصطلحات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العلمية</w:t>
      </w:r>
      <w:proofErr w:type="spellEnd"/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الموحدة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وتجنب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اللغة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الإنشائية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غير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الضرورية</w:t>
      </w:r>
      <w:r w:rsidRPr="00110C69">
        <w:rPr>
          <w:sz w:val="32"/>
          <w:szCs w:val="32"/>
        </w:rPr>
        <w:t>.</w:t>
      </w:r>
    </w:p>
    <w:p w14:paraId="79DF49A6" w14:textId="30FB112A" w:rsidR="00C80697" w:rsidRPr="00110C69" w:rsidRDefault="00A913F2" w:rsidP="00110C69">
      <w:pPr>
        <w:pStyle w:val="aa"/>
        <w:numPr>
          <w:ilvl w:val="1"/>
          <w:numId w:val="17"/>
        </w:numPr>
        <w:bidi/>
        <w:rPr>
          <w:rFonts w:hint="eastAsia"/>
          <w:sz w:val="32"/>
          <w:szCs w:val="32"/>
        </w:rPr>
      </w:pPr>
      <w:proofErr w:type="spellStart"/>
      <w:r w:rsidRPr="00110C69">
        <w:rPr>
          <w:sz w:val="32"/>
          <w:szCs w:val="32"/>
        </w:rPr>
        <w:t>يجب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حذف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جميع</w:t>
      </w:r>
      <w:proofErr w:type="spellEnd"/>
      <w:r w:rsidRPr="00110C69">
        <w:rPr>
          <w:sz w:val="32"/>
          <w:szCs w:val="32"/>
        </w:rPr>
        <w:t xml:space="preserve"> </w:t>
      </w:r>
      <w:proofErr w:type="spellStart"/>
      <w:r w:rsidRPr="00110C69">
        <w:rPr>
          <w:sz w:val="32"/>
          <w:szCs w:val="32"/>
        </w:rPr>
        <w:t>النصوص</w:t>
      </w:r>
      <w:proofErr w:type="spellEnd"/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الإرشادية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قبل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إرسال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النسخة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النهائية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إلى</w:t>
      </w:r>
      <w:r w:rsidRPr="00110C69">
        <w:rPr>
          <w:sz w:val="32"/>
          <w:szCs w:val="32"/>
        </w:rPr>
        <w:t xml:space="preserve"> </w:t>
      </w:r>
      <w:r w:rsidRPr="00110C69">
        <w:rPr>
          <w:sz w:val="32"/>
          <w:szCs w:val="32"/>
        </w:rPr>
        <w:t>المجلة</w:t>
      </w:r>
      <w:r w:rsidRPr="00110C69">
        <w:rPr>
          <w:sz w:val="32"/>
          <w:szCs w:val="32"/>
        </w:rPr>
        <w:t>.</w:t>
      </w:r>
    </w:p>
    <w:p w14:paraId="06195015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b/>
          <w:sz w:val="32"/>
          <w:szCs w:val="32"/>
        </w:rPr>
        <w:t>م</w:t>
      </w:r>
      <w:r w:rsidRPr="00A314A6">
        <w:rPr>
          <w:b/>
          <w:sz w:val="32"/>
          <w:szCs w:val="32"/>
        </w:rPr>
        <w:t>لاحظة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تحريرية</w:t>
      </w:r>
      <w:r w:rsidRPr="00A314A6">
        <w:rPr>
          <w:b/>
          <w:sz w:val="32"/>
          <w:szCs w:val="32"/>
        </w:rPr>
        <w:t xml:space="preserve"> </w:t>
      </w:r>
      <w:r w:rsidRPr="00A314A6">
        <w:rPr>
          <w:b/>
          <w:sz w:val="32"/>
          <w:szCs w:val="32"/>
        </w:rPr>
        <w:t>للباحث</w:t>
      </w:r>
    </w:p>
    <w:p w14:paraId="1421E2F7" w14:textId="77777777" w:rsidR="00C80697" w:rsidRPr="00A314A6" w:rsidRDefault="00A913F2" w:rsidP="00A314A6">
      <w:pPr>
        <w:bidi/>
        <w:rPr>
          <w:rFonts w:hint="eastAsia"/>
          <w:sz w:val="32"/>
          <w:szCs w:val="32"/>
        </w:rPr>
      </w:pPr>
      <w:r w:rsidRPr="00A314A6">
        <w:rPr>
          <w:sz w:val="32"/>
          <w:szCs w:val="32"/>
        </w:rPr>
        <w:lastRenderedPageBreak/>
        <w:t>هذا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الملف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قالب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إرشادي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لإعداد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البحث</w:t>
      </w:r>
      <w:r w:rsidRPr="00A314A6">
        <w:rPr>
          <w:sz w:val="32"/>
          <w:szCs w:val="32"/>
        </w:rPr>
        <w:t xml:space="preserve">. </w:t>
      </w:r>
      <w:r w:rsidRPr="00A314A6">
        <w:rPr>
          <w:sz w:val="32"/>
          <w:szCs w:val="32"/>
        </w:rPr>
        <w:t>على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الباحث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الالتزام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بتعليمات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المجلة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النهائية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عند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التقديم،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والتأكد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من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سلامة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اللغة،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ودقة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البيانات،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وأصالة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البحث،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وصحة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التوثيق</w:t>
      </w:r>
      <w:r w:rsidRPr="00A314A6">
        <w:rPr>
          <w:sz w:val="32"/>
          <w:szCs w:val="32"/>
        </w:rPr>
        <w:t xml:space="preserve"> </w:t>
      </w:r>
      <w:r w:rsidRPr="00A314A6">
        <w:rPr>
          <w:sz w:val="32"/>
          <w:szCs w:val="32"/>
        </w:rPr>
        <w:t>والمراجع</w:t>
      </w:r>
      <w:r w:rsidRPr="00A314A6">
        <w:rPr>
          <w:sz w:val="32"/>
          <w:szCs w:val="32"/>
        </w:rPr>
        <w:t>.</w:t>
      </w:r>
    </w:p>
    <w:sectPr w:rsidR="00C80697" w:rsidRPr="00A314A6" w:rsidSect="00034616">
      <w:headerReference w:type="default" r:id="rId9"/>
      <w:footerReference w:type="default" r:id="rId10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57EEB" w14:textId="77777777" w:rsidR="00A913F2" w:rsidRDefault="00A913F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8E3EA42" w14:textId="77777777" w:rsidR="00A913F2" w:rsidRDefault="00A913F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A0EFA" w14:textId="77777777" w:rsidR="00C80697" w:rsidRDefault="00A913F2">
    <w:pPr>
      <w:pStyle w:val="a6"/>
      <w:jc w:val="center"/>
      <w:rPr>
        <w:rFonts w:hint="eastAsia"/>
      </w:rPr>
    </w:pPr>
    <w:r>
      <w:rPr>
        <w:rFonts w:ascii="Times New Roman" w:hAnsi="Times New Roman"/>
        <w:sz w:val="18"/>
      </w:rPr>
      <w:t>American International Journal of Pure and Applied Sciences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FA443" w14:textId="77777777" w:rsidR="00A913F2" w:rsidRDefault="00A913F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3D73EEC" w14:textId="77777777" w:rsidR="00A913F2" w:rsidRDefault="00A913F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B7007" w14:textId="77777777" w:rsidR="00C80697" w:rsidRDefault="00A913F2">
    <w:pPr>
      <w:pStyle w:val="a5"/>
      <w:jc w:val="center"/>
      <w:rPr>
        <w:rFonts w:hint="eastAsia"/>
      </w:rPr>
    </w:pPr>
    <w:r>
      <w:rPr>
        <w:b/>
        <w:sz w:val="22"/>
      </w:rPr>
      <w:t>المجلة</w:t>
    </w:r>
    <w:r>
      <w:rPr>
        <w:b/>
        <w:sz w:val="22"/>
      </w:rPr>
      <w:t xml:space="preserve"> </w:t>
    </w:r>
    <w:r>
      <w:rPr>
        <w:b/>
        <w:sz w:val="22"/>
      </w:rPr>
      <w:t>الأمريكية</w:t>
    </w:r>
    <w:r>
      <w:rPr>
        <w:b/>
        <w:sz w:val="22"/>
      </w:rPr>
      <w:t xml:space="preserve"> </w:t>
    </w:r>
    <w:r>
      <w:rPr>
        <w:b/>
        <w:sz w:val="22"/>
      </w:rPr>
      <w:t>الدولية</w:t>
    </w:r>
    <w:r>
      <w:rPr>
        <w:b/>
        <w:sz w:val="22"/>
      </w:rPr>
      <w:t xml:space="preserve"> </w:t>
    </w:r>
    <w:r>
      <w:rPr>
        <w:b/>
        <w:sz w:val="22"/>
      </w:rPr>
      <w:t>للعلوم</w:t>
    </w:r>
    <w:r>
      <w:rPr>
        <w:b/>
        <w:sz w:val="22"/>
      </w:rPr>
      <w:t xml:space="preserve"> </w:t>
    </w:r>
    <w:r>
      <w:rPr>
        <w:b/>
        <w:sz w:val="22"/>
      </w:rPr>
      <w:t>التطبيقية</w:t>
    </w:r>
    <w:r>
      <w:rPr>
        <w:b/>
        <w:sz w:val="22"/>
      </w:rPr>
      <w:t xml:space="preserve"> </w:t>
    </w:r>
    <w:r>
      <w:rPr>
        <w:b/>
        <w:sz w:val="22"/>
      </w:rPr>
      <w:t>والصرفة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C52518"/>
    <w:multiLevelType w:val="hybridMultilevel"/>
    <w:tmpl w:val="6BDAED2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304E4"/>
    <w:multiLevelType w:val="hybridMultilevel"/>
    <w:tmpl w:val="8CBA329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61FDF"/>
    <w:multiLevelType w:val="hybridMultilevel"/>
    <w:tmpl w:val="E22C3A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86180"/>
    <w:multiLevelType w:val="hybridMultilevel"/>
    <w:tmpl w:val="77A0D4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91119"/>
    <w:multiLevelType w:val="hybridMultilevel"/>
    <w:tmpl w:val="F0F44AF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E609962">
      <w:numFmt w:val="bullet"/>
      <w:lvlText w:val="•"/>
      <w:lvlJc w:val="left"/>
      <w:pPr>
        <w:ind w:left="2208" w:hanging="1128"/>
      </w:pPr>
      <w:rPr>
        <w:rFonts w:ascii="Traditional Arabic" w:eastAsiaTheme="minorEastAsia" w:hAnsi="Traditional Arabic" w:cs="Traditional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87986"/>
    <w:multiLevelType w:val="hybridMultilevel"/>
    <w:tmpl w:val="CC9AC3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D3EFF"/>
    <w:multiLevelType w:val="hybridMultilevel"/>
    <w:tmpl w:val="1006072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92AEB"/>
    <w:multiLevelType w:val="hybridMultilevel"/>
    <w:tmpl w:val="532A033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1"/>
  </w:num>
  <w:num w:numId="14">
    <w:abstractNumId w:val="13"/>
  </w:num>
  <w:num w:numId="15">
    <w:abstractNumId w:val="9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0C69"/>
    <w:rsid w:val="0015074B"/>
    <w:rsid w:val="0029639D"/>
    <w:rsid w:val="00326F90"/>
    <w:rsid w:val="004B7015"/>
    <w:rsid w:val="00A314A6"/>
    <w:rsid w:val="00A913F2"/>
    <w:rsid w:val="00AA1D8D"/>
    <w:rsid w:val="00B47730"/>
    <w:rsid w:val="00C8069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4D9BFB"/>
  <w14:defaultImageDpi w14:val="300"/>
  <w15:docId w15:val="{742C24F4-AB1A-46EA-93BC-03488101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line="360" w:lineRule="auto"/>
    </w:pPr>
    <w:rPr>
      <w:rFonts w:ascii="Traditional Arabic" w:hAnsi="Traditional Arabic"/>
      <w:sz w:val="2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578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Dr.Hatem AL-Hasoun</cp:lastModifiedBy>
  <cp:revision>4</cp:revision>
  <dcterms:created xsi:type="dcterms:W3CDTF">2013-12-23T23:15:00Z</dcterms:created>
  <dcterms:modified xsi:type="dcterms:W3CDTF">2026-08-25T09:08:00Z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bf885a6a-1cdf-4182-ad8e-894f2041da62</vt:lpwstr>
  </property>
</Properties>
</file>