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A254" w14:textId="77777777" w:rsidR="00C809B9" w:rsidRDefault="00393334">
      <w:pPr>
        <w:jc w:val="center"/>
      </w:pPr>
      <w:r>
        <w:rPr>
          <w:b/>
          <w:sz w:val="36"/>
        </w:rPr>
        <w:t>American International Journal of Pure and Applied Sciences</w:t>
      </w:r>
    </w:p>
    <w:p w14:paraId="6DBD3BE4" w14:textId="77777777" w:rsidR="00C809B9" w:rsidRDefault="00393334">
      <w:pPr>
        <w:jc w:val="center"/>
      </w:pPr>
      <w:r>
        <w:rPr>
          <w:b/>
          <w:sz w:val="32"/>
        </w:rPr>
        <w:t>Official Article Template – English Version</w:t>
      </w:r>
    </w:p>
    <w:p w14:paraId="0FAF8FB2" w14:textId="77777777" w:rsidR="00C809B9" w:rsidRDefault="00393334">
      <w:pPr>
        <w:jc w:val="center"/>
      </w:pPr>
      <w:r>
        <w:rPr>
          <w:i/>
          <w:sz w:val="22"/>
        </w:rPr>
        <w:t>Please replace the instructional text with the content of your manuscript and delete all instructions before submission.</w:t>
      </w:r>
    </w:p>
    <w:tbl>
      <w:tblPr>
        <w:tblStyle w:val="afa"/>
        <w:tblW w:w="0" w:type="auto"/>
        <w:jc w:val="center"/>
        <w:tblLook w:val="04A0" w:firstRow="1" w:lastRow="0" w:firstColumn="1" w:lastColumn="0" w:noHBand="0" w:noVBand="1"/>
      </w:tblPr>
      <w:tblGrid>
        <w:gridCol w:w="4703"/>
        <w:gridCol w:w="4703"/>
      </w:tblGrid>
      <w:tr w:rsidR="00C809B9" w14:paraId="50ACABAA" w14:textId="77777777">
        <w:trPr>
          <w:jc w:val="center"/>
        </w:trPr>
        <w:tc>
          <w:tcPr>
            <w:tcW w:w="4703" w:type="dxa"/>
            <w:vAlign w:val="center"/>
          </w:tcPr>
          <w:p w14:paraId="5D284880" w14:textId="77777777" w:rsidR="00C809B9" w:rsidRDefault="00393334" w:rsidP="00D32278">
            <w:pPr>
              <w:jc w:val="center"/>
            </w:pPr>
            <w:r>
              <w:rPr>
                <w:sz w:val="26"/>
              </w:rPr>
              <w:t>Article Title</w:t>
            </w:r>
          </w:p>
        </w:tc>
        <w:tc>
          <w:tcPr>
            <w:tcW w:w="4703" w:type="dxa"/>
            <w:vAlign w:val="center"/>
          </w:tcPr>
          <w:p w14:paraId="6D72301D" w14:textId="77777777" w:rsidR="00C809B9" w:rsidRDefault="00393334" w:rsidP="00D32278">
            <w:pPr>
              <w:jc w:val="center"/>
            </w:pPr>
            <w:r>
              <w:rPr>
                <w:sz w:val="26"/>
              </w:rPr>
              <w:t xml:space="preserve">Enter a </w:t>
            </w:r>
            <w:r>
              <w:rPr>
                <w:sz w:val="26"/>
              </w:rPr>
              <w:t>concise, informative, and specific title of the manuscript.</w:t>
            </w:r>
          </w:p>
        </w:tc>
      </w:tr>
      <w:tr w:rsidR="00C809B9" w14:paraId="24C4AA83" w14:textId="77777777">
        <w:trPr>
          <w:jc w:val="center"/>
        </w:trPr>
        <w:tc>
          <w:tcPr>
            <w:tcW w:w="4703" w:type="dxa"/>
            <w:vAlign w:val="center"/>
          </w:tcPr>
          <w:p w14:paraId="0B427E97" w14:textId="77777777" w:rsidR="00C809B9" w:rsidRDefault="00393334" w:rsidP="00D32278">
            <w:pPr>
              <w:jc w:val="center"/>
            </w:pPr>
            <w:r>
              <w:rPr>
                <w:sz w:val="26"/>
              </w:rPr>
              <w:t>Author(s)</w:t>
            </w:r>
          </w:p>
        </w:tc>
        <w:tc>
          <w:tcPr>
            <w:tcW w:w="4703" w:type="dxa"/>
            <w:vAlign w:val="center"/>
          </w:tcPr>
          <w:p w14:paraId="10FF1491" w14:textId="77777777" w:rsidR="00C809B9" w:rsidRDefault="00393334" w:rsidP="00D32278">
            <w:pPr>
              <w:jc w:val="center"/>
            </w:pPr>
            <w:r>
              <w:rPr>
                <w:sz w:val="26"/>
              </w:rPr>
              <w:t>Full Name of First Author¹, Full Name of Second Author², ...</w:t>
            </w:r>
          </w:p>
        </w:tc>
      </w:tr>
      <w:tr w:rsidR="00C809B9" w14:paraId="12F039AF" w14:textId="77777777">
        <w:trPr>
          <w:jc w:val="center"/>
        </w:trPr>
        <w:tc>
          <w:tcPr>
            <w:tcW w:w="4703" w:type="dxa"/>
            <w:vAlign w:val="center"/>
          </w:tcPr>
          <w:p w14:paraId="27CE2108" w14:textId="77777777" w:rsidR="00C809B9" w:rsidRDefault="00393334" w:rsidP="00D32278">
            <w:pPr>
              <w:jc w:val="center"/>
            </w:pPr>
            <w:r>
              <w:rPr>
                <w:sz w:val="26"/>
              </w:rPr>
              <w:t>Affiliation(s)</w:t>
            </w:r>
          </w:p>
        </w:tc>
        <w:tc>
          <w:tcPr>
            <w:tcW w:w="4703" w:type="dxa"/>
            <w:vAlign w:val="center"/>
          </w:tcPr>
          <w:p w14:paraId="29D607A6" w14:textId="77777777" w:rsidR="00C809B9" w:rsidRDefault="00393334" w:rsidP="00D32278">
            <w:pPr>
              <w:jc w:val="center"/>
            </w:pPr>
            <w:r>
              <w:rPr>
                <w:sz w:val="26"/>
              </w:rPr>
              <w:t>¹ Department, College/Institute, University, City, Country</w:t>
            </w:r>
          </w:p>
        </w:tc>
      </w:tr>
      <w:tr w:rsidR="00C809B9" w14:paraId="2BC68E4D" w14:textId="77777777">
        <w:trPr>
          <w:jc w:val="center"/>
        </w:trPr>
        <w:tc>
          <w:tcPr>
            <w:tcW w:w="4703" w:type="dxa"/>
            <w:vAlign w:val="center"/>
          </w:tcPr>
          <w:p w14:paraId="24E1A1E7" w14:textId="77777777" w:rsidR="00C809B9" w:rsidRDefault="00393334" w:rsidP="00D32278">
            <w:pPr>
              <w:jc w:val="center"/>
            </w:pPr>
            <w:r>
              <w:rPr>
                <w:sz w:val="26"/>
              </w:rPr>
              <w:t>Corresponding Author</w:t>
            </w:r>
          </w:p>
        </w:tc>
        <w:tc>
          <w:tcPr>
            <w:tcW w:w="4703" w:type="dxa"/>
            <w:vAlign w:val="center"/>
          </w:tcPr>
          <w:p w14:paraId="7F0CDEA6" w14:textId="77777777" w:rsidR="00C809B9" w:rsidRDefault="00393334" w:rsidP="00D32278">
            <w:pPr>
              <w:jc w:val="center"/>
            </w:pPr>
            <w:r>
              <w:rPr>
                <w:sz w:val="26"/>
              </w:rPr>
              <w:t>Email address of the corres</w:t>
            </w:r>
            <w:r>
              <w:rPr>
                <w:sz w:val="26"/>
              </w:rPr>
              <w:t>ponding author; telephone number when required.</w:t>
            </w:r>
          </w:p>
        </w:tc>
      </w:tr>
    </w:tbl>
    <w:p w14:paraId="7B4DED85" w14:textId="77777777" w:rsidR="00C809B9" w:rsidRDefault="00393334">
      <w:r>
        <w:rPr>
          <w:b/>
          <w:sz w:val="32"/>
        </w:rPr>
        <w:t>Abstract</w:t>
      </w:r>
    </w:p>
    <w:p w14:paraId="779E0771" w14:textId="77777777" w:rsidR="00C809B9" w:rsidRDefault="00393334">
      <w:r>
        <w:rPr>
          <w:sz w:val="26"/>
        </w:rPr>
        <w:t>The abstract should normally be presented as one paragraph and should not exceed 250 words. It should briefly state the research background or problem, objective, methodology, principal findings, an</w:t>
      </w:r>
      <w:r>
        <w:rPr>
          <w:sz w:val="26"/>
        </w:rPr>
        <w:t>d conclusion. The abstract should be self-contained and should not contain references, tables, or figures.</w:t>
      </w:r>
    </w:p>
    <w:p w14:paraId="04906B45" w14:textId="77777777" w:rsidR="00C809B9" w:rsidRDefault="00393334">
      <w:r>
        <w:rPr>
          <w:sz w:val="26"/>
        </w:rPr>
        <w:t>Keywords: keyword one; keyword two; keyword three; keyword four; keyword five.</w:t>
      </w:r>
    </w:p>
    <w:p w14:paraId="336FFB3A" w14:textId="77777777" w:rsidR="00C809B9" w:rsidRDefault="00393334">
      <w:r>
        <w:rPr>
          <w:b/>
          <w:sz w:val="32"/>
        </w:rPr>
        <w:t>1. Introduction</w:t>
      </w:r>
    </w:p>
    <w:p w14:paraId="6A05ACA5" w14:textId="77777777" w:rsidR="00C809B9" w:rsidRDefault="00393334">
      <w:r>
        <w:t>Present the background and context of the study, the r</w:t>
      </w:r>
      <w:r>
        <w:t xml:space="preserve">esearch problem, significance, objectives, and research questions or hypotheses where applicable. Clearly identify the research gap and explain the scientific or practical contribution </w:t>
      </w:r>
      <w:r>
        <w:lastRenderedPageBreak/>
        <w:t>of the study. Relevant and recent scholarly references should support t</w:t>
      </w:r>
      <w:r>
        <w:t>he main statements.</w:t>
      </w:r>
    </w:p>
    <w:p w14:paraId="76BD2834" w14:textId="77777777" w:rsidR="00C809B9" w:rsidRDefault="00393334">
      <w:r>
        <w:rPr>
          <w:b/>
          <w:sz w:val="32"/>
        </w:rPr>
        <w:t>2. Methodology / Materials and Methods</w:t>
      </w:r>
    </w:p>
    <w:p w14:paraId="51BC532B" w14:textId="77777777" w:rsidR="00C809B9" w:rsidRDefault="00393334">
      <w:r>
        <w:t>Describe the research design, study population and sample where applicable, data sources, instruments, procedures, variables, and analytical or statistical methods. The description should be suffic</w:t>
      </w:r>
      <w:r>
        <w:t>iently clear to allow readers to understand and, where appropriate, reproduce the study.</w:t>
      </w:r>
    </w:p>
    <w:p w14:paraId="40CF7143" w14:textId="77777777" w:rsidR="00C809B9" w:rsidRDefault="00393334">
      <w:r>
        <w:rPr>
          <w:b/>
          <w:sz w:val="32"/>
        </w:rPr>
        <w:t>3. Results</w:t>
      </w:r>
    </w:p>
    <w:p w14:paraId="7138EC9B" w14:textId="77777777" w:rsidR="00C809B9" w:rsidRDefault="00393334">
      <w:r>
        <w:t xml:space="preserve">Present the findings clearly and systematically. Tables and figures should be used when they improve clarity. Avoid repeating all information from a </w:t>
      </w:r>
      <w:r>
        <w:t>table or figure in the text; instead, highlight the most important findings relevant to the research objectives.</w:t>
      </w:r>
    </w:p>
    <w:p w14:paraId="2FD9EB46" w14:textId="77777777" w:rsidR="00C809B9" w:rsidRDefault="00393334">
      <w:pPr>
        <w:jc w:val="center"/>
      </w:pPr>
      <w:r>
        <w:rPr>
          <w:b/>
          <w:sz w:val="26"/>
        </w:rPr>
        <w:t>Table 1. Title of the table</w:t>
      </w:r>
    </w:p>
    <w:tbl>
      <w:tblPr>
        <w:tblStyle w:val="afa"/>
        <w:tblW w:w="0" w:type="auto"/>
        <w:jc w:val="center"/>
        <w:tblLook w:val="04A0" w:firstRow="1" w:lastRow="0" w:firstColumn="1" w:lastColumn="0" w:noHBand="0" w:noVBand="1"/>
      </w:tblPr>
      <w:tblGrid>
        <w:gridCol w:w="2351"/>
        <w:gridCol w:w="2351"/>
        <w:gridCol w:w="2351"/>
        <w:gridCol w:w="2351"/>
      </w:tblGrid>
      <w:tr w:rsidR="00C809B9" w14:paraId="25ED03B0" w14:textId="77777777">
        <w:trPr>
          <w:jc w:val="center"/>
        </w:trPr>
        <w:tc>
          <w:tcPr>
            <w:tcW w:w="2351" w:type="dxa"/>
          </w:tcPr>
          <w:p w14:paraId="5623A4BC" w14:textId="77777777" w:rsidR="00C809B9" w:rsidRDefault="00393334">
            <w:pPr>
              <w:jc w:val="center"/>
            </w:pPr>
            <w:r>
              <w:rPr>
                <w:sz w:val="24"/>
              </w:rPr>
              <w:t>Variable</w:t>
            </w:r>
          </w:p>
        </w:tc>
        <w:tc>
          <w:tcPr>
            <w:tcW w:w="2351" w:type="dxa"/>
          </w:tcPr>
          <w:p w14:paraId="3073A500" w14:textId="77777777" w:rsidR="00C809B9" w:rsidRDefault="00393334">
            <w:pPr>
              <w:jc w:val="center"/>
            </w:pPr>
            <w:r>
              <w:rPr>
                <w:sz w:val="24"/>
              </w:rPr>
              <w:t>Value 1</w:t>
            </w:r>
          </w:p>
        </w:tc>
        <w:tc>
          <w:tcPr>
            <w:tcW w:w="2351" w:type="dxa"/>
          </w:tcPr>
          <w:p w14:paraId="5F8DCFA2" w14:textId="77777777" w:rsidR="00C809B9" w:rsidRDefault="00393334">
            <w:pPr>
              <w:jc w:val="center"/>
            </w:pPr>
            <w:r>
              <w:rPr>
                <w:sz w:val="24"/>
              </w:rPr>
              <w:t>Value 2</w:t>
            </w:r>
          </w:p>
        </w:tc>
        <w:tc>
          <w:tcPr>
            <w:tcW w:w="2351" w:type="dxa"/>
          </w:tcPr>
          <w:p w14:paraId="5E636380" w14:textId="77777777" w:rsidR="00C809B9" w:rsidRDefault="00393334">
            <w:pPr>
              <w:jc w:val="center"/>
            </w:pPr>
            <w:r>
              <w:rPr>
                <w:sz w:val="24"/>
              </w:rPr>
              <w:t>Note</w:t>
            </w:r>
          </w:p>
        </w:tc>
      </w:tr>
      <w:tr w:rsidR="00C809B9" w14:paraId="10956520" w14:textId="77777777">
        <w:trPr>
          <w:jc w:val="center"/>
        </w:trPr>
        <w:tc>
          <w:tcPr>
            <w:tcW w:w="2351" w:type="dxa"/>
          </w:tcPr>
          <w:p w14:paraId="10B336C8" w14:textId="77777777" w:rsidR="00C809B9" w:rsidRDefault="00393334">
            <w:pPr>
              <w:jc w:val="center"/>
            </w:pPr>
            <w:r>
              <w:rPr>
                <w:sz w:val="24"/>
              </w:rPr>
              <w:t>—</w:t>
            </w:r>
          </w:p>
        </w:tc>
        <w:tc>
          <w:tcPr>
            <w:tcW w:w="2351" w:type="dxa"/>
          </w:tcPr>
          <w:p w14:paraId="464940D7" w14:textId="77777777" w:rsidR="00C809B9" w:rsidRDefault="00393334">
            <w:pPr>
              <w:jc w:val="center"/>
            </w:pPr>
            <w:r>
              <w:rPr>
                <w:sz w:val="24"/>
              </w:rPr>
              <w:t>—</w:t>
            </w:r>
          </w:p>
        </w:tc>
        <w:tc>
          <w:tcPr>
            <w:tcW w:w="2351" w:type="dxa"/>
          </w:tcPr>
          <w:p w14:paraId="03495C10" w14:textId="77777777" w:rsidR="00C809B9" w:rsidRDefault="00393334">
            <w:pPr>
              <w:jc w:val="center"/>
            </w:pPr>
            <w:r>
              <w:rPr>
                <w:sz w:val="24"/>
              </w:rPr>
              <w:t>—</w:t>
            </w:r>
          </w:p>
        </w:tc>
        <w:tc>
          <w:tcPr>
            <w:tcW w:w="2351" w:type="dxa"/>
          </w:tcPr>
          <w:p w14:paraId="305D9121" w14:textId="77777777" w:rsidR="00C809B9" w:rsidRDefault="00393334">
            <w:pPr>
              <w:jc w:val="center"/>
            </w:pPr>
            <w:r>
              <w:rPr>
                <w:sz w:val="24"/>
              </w:rPr>
              <w:t>—</w:t>
            </w:r>
          </w:p>
        </w:tc>
      </w:tr>
      <w:tr w:rsidR="00C809B9" w14:paraId="02640B29" w14:textId="77777777">
        <w:trPr>
          <w:jc w:val="center"/>
        </w:trPr>
        <w:tc>
          <w:tcPr>
            <w:tcW w:w="2351" w:type="dxa"/>
          </w:tcPr>
          <w:p w14:paraId="4E5547B4" w14:textId="77777777" w:rsidR="00C809B9" w:rsidRDefault="00393334">
            <w:pPr>
              <w:jc w:val="center"/>
            </w:pPr>
            <w:r>
              <w:rPr>
                <w:sz w:val="24"/>
              </w:rPr>
              <w:t>—</w:t>
            </w:r>
          </w:p>
        </w:tc>
        <w:tc>
          <w:tcPr>
            <w:tcW w:w="2351" w:type="dxa"/>
          </w:tcPr>
          <w:p w14:paraId="38AC9E61" w14:textId="77777777" w:rsidR="00C809B9" w:rsidRDefault="00393334">
            <w:pPr>
              <w:jc w:val="center"/>
            </w:pPr>
            <w:r>
              <w:rPr>
                <w:sz w:val="24"/>
              </w:rPr>
              <w:t>—</w:t>
            </w:r>
          </w:p>
        </w:tc>
        <w:tc>
          <w:tcPr>
            <w:tcW w:w="2351" w:type="dxa"/>
          </w:tcPr>
          <w:p w14:paraId="5144CED9" w14:textId="77777777" w:rsidR="00C809B9" w:rsidRDefault="00393334">
            <w:pPr>
              <w:jc w:val="center"/>
            </w:pPr>
            <w:r>
              <w:rPr>
                <w:sz w:val="24"/>
              </w:rPr>
              <w:t>—</w:t>
            </w:r>
          </w:p>
        </w:tc>
        <w:tc>
          <w:tcPr>
            <w:tcW w:w="2351" w:type="dxa"/>
          </w:tcPr>
          <w:p w14:paraId="57C02BFA" w14:textId="77777777" w:rsidR="00C809B9" w:rsidRDefault="00393334">
            <w:pPr>
              <w:jc w:val="center"/>
            </w:pPr>
            <w:r>
              <w:rPr>
                <w:sz w:val="24"/>
              </w:rPr>
              <w:t>—</w:t>
            </w:r>
          </w:p>
        </w:tc>
      </w:tr>
    </w:tbl>
    <w:p w14:paraId="530CE89A" w14:textId="77777777" w:rsidR="00C809B9" w:rsidRDefault="00393334">
      <w:pPr>
        <w:jc w:val="center"/>
      </w:pPr>
      <w:r>
        <w:rPr>
          <w:b/>
          <w:sz w:val="26"/>
        </w:rPr>
        <w:t>Figure 1. Title of the figure</w:t>
      </w:r>
    </w:p>
    <w:p w14:paraId="31444B71" w14:textId="77777777" w:rsidR="00C809B9" w:rsidRDefault="00393334">
      <w:pPr>
        <w:jc w:val="center"/>
      </w:pPr>
      <w:r>
        <w:rPr>
          <w:sz w:val="26"/>
        </w:rPr>
        <w:t>[Insert figure, chart, or diagram he</w:t>
      </w:r>
      <w:r>
        <w:rPr>
          <w:sz w:val="26"/>
        </w:rPr>
        <w:t>re]</w:t>
      </w:r>
    </w:p>
    <w:p w14:paraId="240F0352" w14:textId="77777777" w:rsidR="00C809B9" w:rsidRDefault="00393334">
      <w:r>
        <w:rPr>
          <w:b/>
          <w:sz w:val="32"/>
        </w:rPr>
        <w:t>4. Discussion</w:t>
      </w:r>
    </w:p>
    <w:p w14:paraId="6EFF2F63" w14:textId="77777777" w:rsidR="00C809B9" w:rsidRDefault="00393334">
      <w:r>
        <w:t xml:space="preserve">Interpret and discuss the findings in relation to the research objectives, theoretical framework, and previous studies. Explain similarities and differences with earlier research and provide scientifically supported </w:t>
      </w:r>
      <w:r>
        <w:t>interpretations of the results.</w:t>
      </w:r>
    </w:p>
    <w:p w14:paraId="4EC9D78F" w14:textId="77777777" w:rsidR="00C809B9" w:rsidRDefault="00393334">
      <w:r>
        <w:rPr>
          <w:b/>
          <w:sz w:val="32"/>
        </w:rPr>
        <w:t>5. Conclusions</w:t>
      </w:r>
    </w:p>
    <w:p w14:paraId="305F66B0" w14:textId="77777777" w:rsidR="00C809B9" w:rsidRDefault="00393334">
      <w:r>
        <w:lastRenderedPageBreak/>
        <w:t>Present the principal conclusions derived directly from the findings. Conclusions should be concise, evidence-based, and clearly related to the research objectives.</w:t>
      </w:r>
    </w:p>
    <w:p w14:paraId="56F32A54" w14:textId="77777777" w:rsidR="00C809B9" w:rsidRDefault="00393334">
      <w:r>
        <w:rPr>
          <w:b/>
          <w:sz w:val="32"/>
        </w:rPr>
        <w:t>6. Recommendations</w:t>
      </w:r>
    </w:p>
    <w:p w14:paraId="49ABC1CA" w14:textId="77777777" w:rsidR="00C809B9" w:rsidRDefault="00393334">
      <w:r>
        <w:t xml:space="preserve">Provide </w:t>
      </w:r>
      <w:r>
        <w:t>practical or scientific recommendations that follow directly from the findings. This section may be omitted when recommendations are not appropriate for the nature of the study.</w:t>
      </w:r>
    </w:p>
    <w:p w14:paraId="5D364416" w14:textId="77777777" w:rsidR="00C809B9" w:rsidRDefault="00393334">
      <w:r>
        <w:rPr>
          <w:b/>
          <w:sz w:val="32"/>
        </w:rPr>
        <w:t>7. Future Research</w:t>
      </w:r>
    </w:p>
    <w:p w14:paraId="05DEFACE" w14:textId="77777777" w:rsidR="00C809B9" w:rsidRDefault="00393334">
      <w:r>
        <w:t>Identify research directions that may arise from the findin</w:t>
      </w:r>
      <w:r>
        <w:t>gs, limitations, or unanswered questions of the present study.</w:t>
      </w:r>
    </w:p>
    <w:p w14:paraId="56485925" w14:textId="77777777" w:rsidR="00C809B9" w:rsidRDefault="00393334">
      <w:r>
        <w:rPr>
          <w:b/>
          <w:sz w:val="32"/>
        </w:rPr>
        <w:t>8. Acknowledgements</w:t>
      </w:r>
    </w:p>
    <w:p w14:paraId="3090D601" w14:textId="77777777" w:rsidR="00C809B9" w:rsidRDefault="00393334">
      <w:r>
        <w:t>Acknowledge funding organizations, institutions, or individuals who made a substantial academic or technical contribution to the research, where applicable.</w:t>
      </w:r>
    </w:p>
    <w:p w14:paraId="3F6EBDFA" w14:textId="77777777" w:rsidR="00C809B9" w:rsidRDefault="00393334">
      <w:r>
        <w:rPr>
          <w:b/>
          <w:sz w:val="32"/>
        </w:rPr>
        <w:t>9. Conflict of I</w:t>
      </w:r>
      <w:r>
        <w:rPr>
          <w:b/>
          <w:sz w:val="32"/>
        </w:rPr>
        <w:t>nterest</w:t>
      </w:r>
    </w:p>
    <w:p w14:paraId="167B02F4" w14:textId="77777777" w:rsidR="00C809B9" w:rsidRDefault="00393334">
      <w:r>
        <w:t>Authors should declare any actual or potential conflict of interest. Example: The authors declare that there is no conflict of interest related to this study.</w:t>
      </w:r>
    </w:p>
    <w:p w14:paraId="082D0A09" w14:textId="77777777" w:rsidR="00C809B9" w:rsidRDefault="00393334">
      <w:r>
        <w:rPr>
          <w:b/>
          <w:sz w:val="32"/>
        </w:rPr>
        <w:t>10. Funding</w:t>
      </w:r>
    </w:p>
    <w:p w14:paraId="42E6A202" w14:textId="77777777" w:rsidR="00C809B9" w:rsidRDefault="00393334">
      <w:r>
        <w:t>State the source of financial support, if any. Example: This research receive</w:t>
      </w:r>
      <w:r>
        <w:t>d no external funding.</w:t>
      </w:r>
    </w:p>
    <w:p w14:paraId="24E1FD0C" w14:textId="77777777" w:rsidR="00C809B9" w:rsidRDefault="00393334">
      <w:r>
        <w:rPr>
          <w:b/>
          <w:sz w:val="32"/>
        </w:rPr>
        <w:t>11. Author Contributions</w:t>
      </w:r>
    </w:p>
    <w:p w14:paraId="0CB5726E" w14:textId="77777777" w:rsidR="00C809B9" w:rsidRDefault="00393334">
      <w:r>
        <w:lastRenderedPageBreak/>
        <w:t>For manuscripts with multiple authors, briefly specify each author's contribution to study conception and design, data collection, analysis, writing, revision, and final approval of the manuscript.</w:t>
      </w:r>
    </w:p>
    <w:p w14:paraId="27F39ADD" w14:textId="77777777" w:rsidR="00C809B9" w:rsidRDefault="00393334">
      <w:r>
        <w:rPr>
          <w:b/>
          <w:sz w:val="32"/>
        </w:rPr>
        <w:t>12. Refere</w:t>
      </w:r>
      <w:r>
        <w:rPr>
          <w:b/>
          <w:sz w:val="32"/>
        </w:rPr>
        <w:t>nces</w:t>
      </w:r>
    </w:p>
    <w:p w14:paraId="4788CCE7" w14:textId="77777777" w:rsidR="00C809B9" w:rsidRDefault="00393334">
      <w:r>
        <w:t>References and in-text citations should follow the American Psychological Association (APA), 7th edition, unless the journal's specific instructions require otherwise. Every source cited in the text must appear in the reference list, and every referen</w:t>
      </w:r>
      <w:r>
        <w:t>ce listed should be cited in the manuscript.</w:t>
      </w:r>
    </w:p>
    <w:p w14:paraId="662991BB" w14:textId="77777777" w:rsidR="00C809B9" w:rsidRDefault="00393334">
      <w:r>
        <w:rPr>
          <w:sz w:val="26"/>
        </w:rPr>
        <w:t>Example of an English journal article reference:</w:t>
      </w:r>
      <w:r>
        <w:rPr>
          <w:sz w:val="26"/>
        </w:rPr>
        <w:br/>
        <w:t>Author, A. A. (Year). Title of the article. Journal Title, volume(issue), page–page. https://doi.org/xxxxx</w:t>
      </w:r>
    </w:p>
    <w:p w14:paraId="63C8AEA3" w14:textId="77777777" w:rsidR="00C809B9" w:rsidRDefault="00393334">
      <w:r>
        <w:rPr>
          <w:sz w:val="26"/>
        </w:rPr>
        <w:t>Example of an Arabic reference:</w:t>
      </w:r>
      <w:r>
        <w:rPr>
          <w:sz w:val="26"/>
        </w:rPr>
        <w:br/>
        <w:t>Family Name, First Name</w:t>
      </w:r>
      <w:r>
        <w:rPr>
          <w:sz w:val="26"/>
        </w:rPr>
        <w:t>. (Year). Title of the book or article. Publisher/Journal Title, volume(issue), pages. https://doi.org/xxxxx</w:t>
      </w:r>
    </w:p>
    <w:p w14:paraId="24E09F26" w14:textId="77777777" w:rsidR="00C809B9" w:rsidRDefault="00393334">
      <w:r>
        <w:rPr>
          <w:b/>
          <w:sz w:val="32"/>
        </w:rPr>
        <w:t>13. General Formatting Guidelines</w:t>
      </w:r>
    </w:p>
    <w:p w14:paraId="584638EA" w14:textId="77777777" w:rsidR="00C809B9" w:rsidRDefault="00393334">
      <w:r>
        <w:rPr>
          <w:sz w:val="26"/>
        </w:rPr>
        <w:t>• Paper size: A4.</w:t>
      </w:r>
    </w:p>
    <w:p w14:paraId="1902471F" w14:textId="77777777" w:rsidR="00C809B9" w:rsidRDefault="00393334">
      <w:r>
        <w:rPr>
          <w:sz w:val="26"/>
        </w:rPr>
        <w:t>• Margins: 2.5 cm on all sides.</w:t>
      </w:r>
    </w:p>
    <w:p w14:paraId="076F2923" w14:textId="77777777" w:rsidR="00C809B9" w:rsidRDefault="00393334">
      <w:r>
        <w:rPr>
          <w:sz w:val="26"/>
        </w:rPr>
        <w:t>• Font: Times New Roman for the English manuscript.</w:t>
      </w:r>
    </w:p>
    <w:p w14:paraId="4E89D205" w14:textId="77777777" w:rsidR="00C809B9" w:rsidRDefault="00393334">
      <w:r>
        <w:rPr>
          <w:sz w:val="26"/>
        </w:rPr>
        <w:t>• Main text</w:t>
      </w:r>
      <w:r>
        <w:rPr>
          <w:sz w:val="26"/>
        </w:rPr>
        <w:t>: 14 pt.</w:t>
      </w:r>
    </w:p>
    <w:p w14:paraId="184AED66" w14:textId="77777777" w:rsidR="00C809B9" w:rsidRDefault="00393334">
      <w:r>
        <w:rPr>
          <w:sz w:val="26"/>
        </w:rPr>
        <w:t>• Main headings: 16 pt, bold.</w:t>
      </w:r>
    </w:p>
    <w:p w14:paraId="0D8224E5" w14:textId="77777777" w:rsidR="00C809B9" w:rsidRDefault="00393334">
      <w:r>
        <w:rPr>
          <w:sz w:val="26"/>
        </w:rPr>
        <w:t>• Subheadings: 14 pt, bold.</w:t>
      </w:r>
    </w:p>
    <w:p w14:paraId="54CE1991" w14:textId="77777777" w:rsidR="00C809B9" w:rsidRDefault="00393334">
      <w:r>
        <w:rPr>
          <w:sz w:val="26"/>
        </w:rPr>
        <w:t>• Line spacing: 1.5.</w:t>
      </w:r>
    </w:p>
    <w:p w14:paraId="01B7A83F" w14:textId="77777777" w:rsidR="00C809B9" w:rsidRDefault="00393334">
      <w:r>
        <w:rPr>
          <w:sz w:val="26"/>
        </w:rPr>
        <w:lastRenderedPageBreak/>
        <w:t>• Text alignment: justified.</w:t>
      </w:r>
    </w:p>
    <w:p w14:paraId="7DBE20D2" w14:textId="77777777" w:rsidR="00C809B9" w:rsidRDefault="00393334">
      <w:r>
        <w:rPr>
          <w:sz w:val="26"/>
        </w:rPr>
        <w:t>• Tables and figures should be numbered consecutively and provided with clear, informative titles or captions.</w:t>
      </w:r>
    </w:p>
    <w:p w14:paraId="01FE1161" w14:textId="77777777" w:rsidR="00C809B9" w:rsidRDefault="00393334">
      <w:r>
        <w:rPr>
          <w:sz w:val="26"/>
        </w:rPr>
        <w:t>• All in-text citations must</w:t>
      </w:r>
      <w:r>
        <w:rPr>
          <w:sz w:val="26"/>
        </w:rPr>
        <w:t xml:space="preserve"> correspond exactly to entries in the reference list.</w:t>
      </w:r>
    </w:p>
    <w:p w14:paraId="0AED6ED0" w14:textId="77777777" w:rsidR="00C809B9" w:rsidRDefault="00393334">
      <w:r>
        <w:rPr>
          <w:sz w:val="26"/>
        </w:rPr>
        <w:t>• Use consistent scientific terminology and avoid unnecessary rhetorical or non-academic language.</w:t>
      </w:r>
    </w:p>
    <w:p w14:paraId="51C0DA5C" w14:textId="77777777" w:rsidR="00C809B9" w:rsidRDefault="00393334">
      <w:r>
        <w:rPr>
          <w:sz w:val="26"/>
        </w:rPr>
        <w:t>• Delete all instructional and placeholder text before submitting the final manuscript.</w:t>
      </w:r>
    </w:p>
    <w:p w14:paraId="6E85E01D" w14:textId="77777777" w:rsidR="00C809B9" w:rsidRDefault="00393334">
      <w:r>
        <w:rPr>
          <w:b/>
          <w:sz w:val="32"/>
        </w:rPr>
        <w:t>Editorial Note to Authors</w:t>
      </w:r>
    </w:p>
    <w:p w14:paraId="20F3AE40" w14:textId="77777777" w:rsidR="00C809B9" w:rsidRDefault="00393334">
      <w:r>
        <w:t>This document is an author template intended to facilitate manuscript preparation. Authors should also comply with the journal's current submission, ethical, originality, peer-review, and publication policies. Before submission, c</w:t>
      </w:r>
      <w:r>
        <w:t>arefully check the language, accuracy of data, completeness of references, tables and figures, and consistency of formatting.</w:t>
      </w:r>
    </w:p>
    <w:sectPr w:rsidR="00C809B9" w:rsidSect="00034616">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87A51" w14:textId="77777777" w:rsidR="00393334" w:rsidRDefault="00393334">
      <w:pPr>
        <w:spacing w:after="0" w:line="240" w:lineRule="auto"/>
      </w:pPr>
      <w:r>
        <w:separator/>
      </w:r>
    </w:p>
  </w:endnote>
  <w:endnote w:type="continuationSeparator" w:id="0">
    <w:p w14:paraId="4B17678E" w14:textId="77777777" w:rsidR="00393334" w:rsidRDefault="00393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EE75" w14:textId="77777777" w:rsidR="00C809B9" w:rsidRDefault="00393334">
    <w:pPr>
      <w:pStyle w:val="a6"/>
      <w:jc w:val="center"/>
    </w:pPr>
    <w:r>
      <w:rPr>
        <w:sz w:val="18"/>
      </w:rPr>
      <w:t xml:space="preserve">American International Journal of Pure and </w:t>
    </w:r>
    <w:r>
      <w:rPr>
        <w:sz w:val="18"/>
      </w:rPr>
      <w:t>Applied Sciences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C04E5" w14:textId="77777777" w:rsidR="00393334" w:rsidRDefault="00393334">
      <w:pPr>
        <w:spacing w:after="0" w:line="240" w:lineRule="auto"/>
      </w:pPr>
      <w:r>
        <w:separator/>
      </w:r>
    </w:p>
  </w:footnote>
  <w:footnote w:type="continuationSeparator" w:id="0">
    <w:p w14:paraId="52EA1855" w14:textId="77777777" w:rsidR="00393334" w:rsidRDefault="00393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AB413" w14:textId="77777777" w:rsidR="00C809B9" w:rsidRDefault="00393334">
    <w:pPr>
      <w:pStyle w:val="a5"/>
      <w:jc w:val="center"/>
    </w:pPr>
    <w:r>
      <w:rPr>
        <w:b/>
        <w:sz w:val="22"/>
      </w:rPr>
      <w:t>American International Journal of Pure and Applied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I0MjI3sDAzNje0NDFS0lEKTi0uzszPAykwrAUAHju6hywAAAA="/>
  </w:docVars>
  <w:rsids>
    <w:rsidRoot w:val="00B47730"/>
    <w:rsid w:val="00034616"/>
    <w:rsid w:val="0006063C"/>
    <w:rsid w:val="0015074B"/>
    <w:rsid w:val="0029639D"/>
    <w:rsid w:val="00326F90"/>
    <w:rsid w:val="00393334"/>
    <w:rsid w:val="00AA1D8D"/>
    <w:rsid w:val="00B47730"/>
    <w:rsid w:val="00C809B9"/>
    <w:rsid w:val="00CB0664"/>
    <w:rsid w:val="00D322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433A39"/>
  <w14:defaultImageDpi w14:val="300"/>
  <w15:docId w15:val="{1B452181-5563-4928-BAED-4186CA12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line="360" w:lineRule="auto"/>
    </w:pPr>
    <w:rPr>
      <w:rFonts w:ascii="Times New Roman" w:hAnsi="Times New Roman"/>
      <w:sz w:val="28"/>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796</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Dr.Hatem AL-Hasoun</cp:lastModifiedBy>
  <cp:revision>2</cp:revision>
  <dcterms:created xsi:type="dcterms:W3CDTF">2013-12-23T23:15:00Z</dcterms:created>
  <dcterms:modified xsi:type="dcterms:W3CDTF">2026-08-25T09:12:00Z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e9c43586-4725-4f7d-9f2a-abda8411e6fa</vt:lpwstr>
  </property>
</Properties>
</file>